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40"/>
        <w:jc w:val="center"/>
      </w:pPr>
      <w:r>
        <w:rPr>
          <w:rFonts w:ascii="Times New Roman" w:hAnsi="Times New Roman"/>
          <w:b/>
          <w:sz w:val="26"/>
        </w:rPr>
        <w:t>CỘNG HÒA XÃ HỘI CHỦ NGHĨA VIỆT NAM</w:t>
      </w:r>
    </w:p>
    <w:p>
      <w:pPr>
        <w:spacing w:after="40"/>
        <w:jc w:val="center"/>
      </w:pPr>
      <w:r>
        <w:rPr>
          <w:rFonts w:ascii="Times New Roman" w:hAnsi="Times New Roman"/>
          <w:b/>
          <w:sz w:val="26"/>
        </w:rPr>
        <w:t>Độc lập - Tự do - Hạnh phúc</w:t>
      </w:r>
    </w:p>
    <w:p>
      <w:pPr>
        <w:spacing w:after="40"/>
        <w:jc w:val="center"/>
      </w:pPr>
      <w:r>
        <w:rPr>
          <w:rFonts w:ascii="Times New Roman" w:hAnsi="Times New Roman"/>
          <w:b w:val="0"/>
          <w:sz w:val="26"/>
        </w:rPr>
        <w:t>---------------</w:t>
      </w:r>
    </w:p>
    <w:p/>
    <w:p>
      <w:pPr>
        <w:spacing w:after="40"/>
        <w:jc w:val="center"/>
      </w:pPr>
      <w:r>
        <w:rPr>
          <w:rFonts w:ascii="Times New Roman" w:hAnsi="Times New Roman"/>
          <w:b/>
          <w:sz w:val="26"/>
        </w:rPr>
        <w:t>VĂN BẢN THỎA THUẬN PHÂN CHIA DI SẢN THỪA KẾ</w:t>
      </w:r>
    </w:p>
    <w:p/>
    <w:p>
      <w:pPr>
        <w:spacing w:after="40"/>
      </w:pPr>
      <w:r>
        <w:rPr>
          <w:rFonts w:ascii="Times New Roman" w:hAnsi="Times New Roman"/>
          <w:b w:val="0"/>
          <w:sz w:val="26"/>
        </w:rPr>
        <w:t>- Căn cứ Bộ luật Dân sự năm 2015;</w:t>
      </w:r>
    </w:p>
    <w:p>
      <w:pPr>
        <w:spacing w:after="40"/>
      </w:pPr>
      <w:r>
        <w:rPr>
          <w:rFonts w:ascii="Times New Roman" w:hAnsi="Times New Roman"/>
          <w:b w:val="0"/>
          <w:sz w:val="26"/>
        </w:rPr>
        <w:t>- Căn cứ Luật Công chứng;</w:t>
      </w:r>
    </w:p>
    <w:p>
      <w:pPr>
        <w:spacing w:after="40"/>
      </w:pPr>
      <w:r>
        <w:rPr>
          <w:rFonts w:ascii="Times New Roman" w:hAnsi="Times New Roman"/>
          <w:b w:val="0"/>
          <w:sz w:val="26"/>
        </w:rPr>
        <w:t>- Căn cứ vào di chúc (nếu có) và sự thỏa thuận của những người thừa kế.</w:t>
      </w:r>
    </w:p>
    <w:p/>
    <w:p>
      <w:pPr>
        <w:spacing w:after="40"/>
      </w:pPr>
      <w:r>
        <w:rPr>
          <w:rFonts w:ascii="Times New Roman" w:hAnsi="Times New Roman"/>
          <w:b w:val="0"/>
          <w:sz w:val="26"/>
        </w:rPr>
        <w:t>Hôm nay, ngày ...... tháng ...... năm ............, tại ................................................, chúng tôi là những người thừa kế theo di sản của người dưới đây, cùng nhau lập văn bản thỏa thuận phân chia di sản thừa kế như sau:</w:t>
      </w:r>
    </w:p>
    <w:p/>
    <w:p>
      <w:pPr>
        <w:spacing w:after="40"/>
      </w:pPr>
      <w:r>
        <w:rPr>
          <w:rFonts w:ascii="Times New Roman" w:hAnsi="Times New Roman"/>
          <w:b/>
          <w:sz w:val="26"/>
        </w:rPr>
        <w:t>I. NGƯỜI ĐỂ LẠI DI SẢN</w:t>
      </w:r>
    </w:p>
    <w:p>
      <w:pPr>
        <w:spacing w:after="40"/>
      </w:pPr>
      <w:r>
        <w:rPr>
          <w:rFonts w:ascii="Times New Roman" w:hAnsi="Times New Roman"/>
          <w:b w:val="0"/>
          <w:sz w:val="26"/>
        </w:rPr>
        <w:t>Họ và tên: ................................................</w:t>
      </w:r>
    </w:p>
    <w:p>
      <w:pPr>
        <w:spacing w:after="40"/>
      </w:pPr>
      <w:r>
        <w:rPr>
          <w:rFonts w:ascii="Times New Roman" w:hAnsi="Times New Roman"/>
          <w:b w:val="0"/>
          <w:sz w:val="26"/>
        </w:rPr>
        <w:t>Năm sinh: ....................... Năm mất: .......................</w:t>
      </w:r>
    </w:p>
    <w:p>
      <w:pPr>
        <w:spacing w:after="40"/>
      </w:pPr>
      <w:r>
        <w:rPr>
          <w:rFonts w:ascii="Times New Roman" w:hAnsi="Times New Roman"/>
          <w:b w:val="0"/>
          <w:sz w:val="26"/>
        </w:rPr>
        <w:t>Nơi cư trú cuối cùng: ................................................</w:t>
      </w:r>
    </w:p>
    <w:p>
      <w:pPr>
        <w:spacing w:after="40"/>
      </w:pPr>
      <w:r>
        <w:rPr>
          <w:rFonts w:ascii="Times New Roman" w:hAnsi="Times New Roman"/>
          <w:b w:val="0"/>
          <w:sz w:val="26"/>
        </w:rPr>
        <w:t>Giấy chứng tử số: ........................ do ................................ cấp ngày .......................</w:t>
      </w:r>
    </w:p>
    <w:p/>
    <w:p>
      <w:pPr>
        <w:spacing w:after="40"/>
      </w:pPr>
      <w:r>
        <w:rPr>
          <w:rFonts w:ascii="Times New Roman" w:hAnsi="Times New Roman"/>
          <w:b/>
          <w:sz w:val="26"/>
        </w:rPr>
        <w:t>II. NHỮNG NGƯỜI THỪA KẾ</w:t>
      </w:r>
    </w:p>
    <w:p>
      <w:pPr>
        <w:spacing w:after="40"/>
      </w:pPr>
      <w:r>
        <w:rPr>
          <w:rFonts w:ascii="Times New Roman" w:hAnsi="Times New Roman"/>
          <w:b w:val="0"/>
          <w:sz w:val="26"/>
        </w:rPr>
        <w:t>1. Ông/Bà: ................................................</w:t>
      </w:r>
    </w:p>
    <w:p>
      <w:pPr>
        <w:spacing w:after="40"/>
      </w:pPr>
      <w:r>
        <w:rPr>
          <w:rFonts w:ascii="Times New Roman" w:hAnsi="Times New Roman"/>
          <w:b w:val="0"/>
          <w:sz w:val="26"/>
        </w:rPr>
        <w:t>Năm sinh: ...............................</w:t>
      </w:r>
    </w:p>
    <w:p>
      <w:pPr>
        <w:spacing w:after="40"/>
      </w:pPr>
      <w:r>
        <w:rPr>
          <w:rFonts w:ascii="Times New Roman" w:hAnsi="Times New Roman"/>
          <w:b w:val="0"/>
          <w:sz w:val="26"/>
        </w:rPr>
        <w:t>Căn cước công dân số: ........................ Cấp ngày: .............. Nơi cấp: ................</w:t>
      </w:r>
    </w:p>
    <w:p>
      <w:pPr>
        <w:spacing w:after="40"/>
      </w:pPr>
      <w:r>
        <w:rPr>
          <w:rFonts w:ascii="Times New Roman" w:hAnsi="Times New Roman"/>
          <w:b w:val="0"/>
          <w:sz w:val="26"/>
        </w:rPr>
        <w:t>Quan hệ với người để lại di sản: ................................................</w:t>
      </w:r>
    </w:p>
    <w:p>
      <w:pPr>
        <w:spacing w:after="40"/>
      </w:pPr>
      <w:r>
        <w:rPr>
          <w:rFonts w:ascii="Times New Roman" w:hAnsi="Times New Roman"/>
          <w:b w:val="0"/>
          <w:sz w:val="26"/>
        </w:rPr>
        <w:t>Địa chỉ: ................................................</w:t>
      </w:r>
    </w:p>
    <w:p/>
    <w:p>
      <w:pPr>
        <w:spacing w:after="40"/>
      </w:pPr>
      <w:r>
        <w:rPr>
          <w:rFonts w:ascii="Times New Roman" w:hAnsi="Times New Roman"/>
          <w:b w:val="0"/>
          <w:sz w:val="26"/>
        </w:rPr>
        <w:t>2. Ông/Bà: ................................................</w:t>
      </w:r>
    </w:p>
    <w:p>
      <w:pPr>
        <w:spacing w:after="40"/>
      </w:pPr>
      <w:r>
        <w:rPr>
          <w:rFonts w:ascii="Times New Roman" w:hAnsi="Times New Roman"/>
          <w:b w:val="0"/>
          <w:sz w:val="26"/>
        </w:rPr>
        <w:t>Năm sinh: ...............................</w:t>
      </w:r>
    </w:p>
    <w:p>
      <w:pPr>
        <w:spacing w:after="40"/>
      </w:pPr>
      <w:r>
        <w:rPr>
          <w:rFonts w:ascii="Times New Roman" w:hAnsi="Times New Roman"/>
          <w:b w:val="0"/>
          <w:sz w:val="26"/>
        </w:rPr>
        <w:t>Căn cước công dân số: ........................ Cấp ngày: .............. Nơi cấp: ................</w:t>
      </w:r>
    </w:p>
    <w:p>
      <w:pPr>
        <w:spacing w:after="40"/>
      </w:pPr>
      <w:r>
        <w:rPr>
          <w:rFonts w:ascii="Times New Roman" w:hAnsi="Times New Roman"/>
          <w:b w:val="0"/>
          <w:sz w:val="26"/>
        </w:rPr>
        <w:t>Quan hệ với người để lại di sản: ................................................</w:t>
      </w:r>
    </w:p>
    <w:p>
      <w:pPr>
        <w:spacing w:after="40"/>
      </w:pPr>
      <w:r>
        <w:rPr>
          <w:rFonts w:ascii="Times New Roman" w:hAnsi="Times New Roman"/>
          <w:b w:val="0"/>
          <w:sz w:val="26"/>
        </w:rPr>
        <w:t>Địa chỉ: ................................................</w:t>
      </w:r>
    </w:p>
    <w:p>
      <w:pPr>
        <w:spacing w:after="40"/>
      </w:pPr>
      <w:r>
        <w:rPr>
          <w:rFonts w:ascii="Times New Roman" w:hAnsi="Times New Roman"/>
          <w:b w:val="0"/>
          <w:sz w:val="26"/>
        </w:rPr>
        <w:t>(Liệt kê đầy đủ tất cả những người thừa kế theo di chúc hoặc theo pháp luật; nếu còn người thừa kế khác thì ghi tiếp theo thứ tự.)</w:t>
      </w:r>
    </w:p>
    <w:p/>
    <w:p>
      <w:pPr>
        <w:spacing w:after="40"/>
      </w:pPr>
      <w:r>
        <w:rPr>
          <w:rFonts w:ascii="Times New Roman" w:hAnsi="Times New Roman"/>
          <w:b/>
          <w:sz w:val="26"/>
        </w:rPr>
        <w:t>III. DI SẢN THỪA KẾ</w:t>
      </w:r>
    </w:p>
    <w:p>
      <w:pPr>
        <w:spacing w:after="40"/>
      </w:pPr>
      <w:r>
        <w:rPr>
          <w:rFonts w:ascii="Times New Roman" w:hAnsi="Times New Roman"/>
          <w:b w:val="0"/>
          <w:sz w:val="26"/>
        </w:rPr>
        <w:t>Người để lại di sản có các tài sản để lại như sau:</w:t>
      </w:r>
    </w:p>
    <w:p>
      <w:pPr>
        <w:spacing w:after="40"/>
      </w:pPr>
      <w:r>
        <w:rPr>
          <w:rFonts w:ascii="Times New Roman" w:hAnsi="Times New Roman"/>
          <w:b w:val="0"/>
          <w:sz w:val="26"/>
        </w:rPr>
        <w:t>1. Quyền sử dụng đất và tài sản gắn liền với đất tại: ................................................; số thửa: ..............; tờ bản đồ số: ..............; diện tích: ............... m2; Giấy chứng nhận quyền sử dụng đất số: ........................ do ................................ cấp ngày .......................</w:t>
      </w:r>
    </w:p>
    <w:p>
      <w:pPr>
        <w:spacing w:after="40"/>
      </w:pPr>
      <w:r>
        <w:rPr>
          <w:rFonts w:ascii="Times New Roman" w:hAnsi="Times New Roman"/>
          <w:b w:val="0"/>
          <w:sz w:val="26"/>
        </w:rPr>
        <w:t>2. Tiền gửi tại ngân hàng: ................................ số tài khoản/sổ tiết kiệm: ........................ số tiền: ...............................</w:t>
      </w:r>
    </w:p>
    <w:p>
      <w:pPr>
        <w:spacing w:after="40"/>
      </w:pPr>
      <w:r>
        <w:rPr>
          <w:rFonts w:ascii="Times New Roman" w:hAnsi="Times New Roman"/>
          <w:b w:val="0"/>
          <w:sz w:val="26"/>
        </w:rPr>
        <w:t>3. Tài sản khác (xe, cổ phần, phần vốn góp, ...): ................................................</w:t>
      </w:r>
    </w:p>
    <w:p/>
    <w:p>
      <w:pPr>
        <w:spacing w:after="40"/>
      </w:pPr>
      <w:r>
        <w:rPr>
          <w:rFonts w:ascii="Times New Roman" w:hAnsi="Times New Roman"/>
          <w:b/>
          <w:sz w:val="26"/>
        </w:rPr>
        <w:t>IV. CƠ SỞ THỪA KẾ</w:t>
      </w:r>
    </w:p>
    <w:p>
      <w:pPr>
        <w:spacing w:after="40"/>
      </w:pPr>
      <w:r>
        <w:rPr>
          <w:rFonts w:ascii="Times New Roman" w:hAnsi="Times New Roman"/>
          <w:b w:val="0"/>
          <w:sz w:val="26"/>
        </w:rPr>
        <w:t>☐ Chia theo di chúc: theo Di chúc lập ngày ......................., được công chứng/chứng thực tại ................................ (nếu có).</w:t>
      </w:r>
    </w:p>
    <w:p>
      <w:pPr>
        <w:spacing w:after="40"/>
      </w:pPr>
      <w:r>
        <w:rPr>
          <w:rFonts w:ascii="Times New Roman" w:hAnsi="Times New Roman"/>
          <w:b w:val="0"/>
          <w:sz w:val="26"/>
        </w:rPr>
        <w:t>☐ Chia theo pháp luật: người để lại di sản không để lại di chúc/di chúc không hợp pháp; những người thừa kế thuộc hàng thừa kế thứ nhất theo quy định của Bộ luật Dân sự năm 2015 cùng thỏa thuận phân chia.</w:t>
      </w:r>
    </w:p>
    <w:p/>
    <w:p>
      <w:pPr>
        <w:spacing w:after="40"/>
      </w:pPr>
      <w:r>
        <w:rPr>
          <w:rFonts w:ascii="Times New Roman" w:hAnsi="Times New Roman"/>
          <w:b/>
          <w:sz w:val="26"/>
        </w:rPr>
        <w:t>V. NỘI DUNG THỎA THUẬN PHÂN CHIA DI SẢN</w:t>
      </w:r>
    </w:p>
    <w:p>
      <w:pPr>
        <w:spacing w:after="40"/>
      </w:pPr>
      <w:r>
        <w:rPr>
          <w:rFonts w:ascii="Times New Roman" w:hAnsi="Times New Roman"/>
          <w:b w:val="0"/>
          <w:sz w:val="26"/>
        </w:rPr>
        <w:t>Sau khi họp mặt và thống nhất ý kiến, những người thừa kế nêu trên cùng thỏa thuận phân chia di sản như sau:</w:t>
      </w:r>
    </w:p>
    <w:p>
      <w:pPr>
        <w:spacing w:after="40"/>
      </w:pPr>
      <w:r>
        <w:rPr>
          <w:rFonts w:ascii="Times New Roman" w:hAnsi="Times New Roman"/>
          <w:b w:val="0"/>
          <w:sz w:val="26"/>
        </w:rPr>
        <w:t>1. Ông/Bà ................................ được nhận: ................................................ (mô tả rõ tài sản, phần giá trị được hưởng).</w:t>
      </w:r>
    </w:p>
    <w:p>
      <w:pPr>
        <w:spacing w:after="40"/>
      </w:pPr>
      <w:r>
        <w:rPr>
          <w:rFonts w:ascii="Times New Roman" w:hAnsi="Times New Roman"/>
          <w:b w:val="0"/>
          <w:sz w:val="26"/>
        </w:rPr>
        <w:t>2. Ông/Bà ................................ được nhận: ................................................</w:t>
      </w:r>
    </w:p>
    <w:p>
      <w:pPr>
        <w:spacing w:after="40"/>
      </w:pPr>
      <w:r>
        <w:rPr>
          <w:rFonts w:ascii="Times New Roman" w:hAnsi="Times New Roman"/>
          <w:b w:val="0"/>
          <w:sz w:val="26"/>
        </w:rPr>
        <w:t>3. (Ghi tiếp phần được nhận của từng người thừa kế còn lại): ................................................</w:t>
      </w:r>
    </w:p>
    <w:p>
      <w:pPr>
        <w:spacing w:after="40"/>
      </w:pPr>
      <w:r>
        <w:rPr>
          <w:rFonts w:ascii="Times New Roman" w:hAnsi="Times New Roman"/>
          <w:b w:val="0"/>
          <w:sz w:val="26"/>
        </w:rPr>
        <w:t>Trường hợp có người thừa kế tự nguyện tặng cho, nhường lại phần di sản của mình cho người thừa kế khác thì ghi rõ nội dung tặng cho, nhường lại tại đây.</w:t>
      </w:r>
    </w:p>
    <w:p/>
    <w:p>
      <w:pPr>
        <w:spacing w:after="40"/>
      </w:pPr>
      <w:r>
        <w:rPr>
          <w:rFonts w:ascii="Times New Roman" w:hAnsi="Times New Roman"/>
          <w:b/>
          <w:sz w:val="26"/>
        </w:rPr>
        <w:t>VI. CAM KẾT CỦA CÁC BÊN</w:t>
      </w:r>
    </w:p>
    <w:p>
      <w:pPr>
        <w:spacing w:after="40"/>
      </w:pPr>
      <w:r>
        <w:rPr>
          <w:rFonts w:ascii="Times New Roman" w:hAnsi="Times New Roman"/>
          <w:b w:val="0"/>
          <w:sz w:val="26"/>
        </w:rPr>
        <w:t>1. Những người thừa kế cam kết các thông tin nêu trên là đúng sự thật; ngoài những người có tên trong văn bản này, không còn người thừa kế nào khác.</w:t>
      </w:r>
    </w:p>
    <w:p>
      <w:pPr>
        <w:spacing w:after="40"/>
      </w:pPr>
      <w:r>
        <w:rPr>
          <w:rFonts w:ascii="Times New Roman" w:hAnsi="Times New Roman"/>
          <w:b w:val="0"/>
          <w:sz w:val="26"/>
        </w:rPr>
        <w:t>2. Việc thỏa thuận phân chia di sản là hoàn toàn tự nguyện, không bị lừa dối, ép buộc; các bên không có tranh chấp về di sản và về nội dung phân chia nêu trên.</w:t>
      </w:r>
    </w:p>
    <w:p>
      <w:pPr>
        <w:spacing w:after="40"/>
      </w:pPr>
      <w:r>
        <w:rPr>
          <w:rFonts w:ascii="Times New Roman" w:hAnsi="Times New Roman"/>
          <w:b w:val="0"/>
          <w:sz w:val="26"/>
        </w:rPr>
        <w:t>3. Các bên tự chịu trách nhiệm trước pháp luật về nội dung thỏa thuận và cùng thực hiện các thủ tục đăng ký, sang tên theo quy định.</w:t>
      </w:r>
    </w:p>
    <w:p/>
    <w:p>
      <w:pPr>
        <w:spacing w:after="40"/>
      </w:pPr>
      <w:r>
        <w:rPr>
          <w:rFonts w:ascii="Times New Roman" w:hAnsi="Times New Roman"/>
          <w:b w:val="0"/>
          <w:sz w:val="26"/>
        </w:rPr>
        <w:t>Văn bản này được lập thành ...... bản có giá trị pháp lý như nhau, các bên đã đọc lại, hiểu rõ và cùng ký tên dưới đây.</w:t>
      </w:r>
    </w:p>
    <w:p/>
    <w:p>
      <w:pPr>
        <w:spacing w:after="40"/>
      </w:pPr>
      <w:r>
        <w:rPr>
          <w:rFonts w:ascii="Times New Roman" w:hAnsi="Times New Roman"/>
          <w:b w:val="0"/>
          <w:sz w:val="26"/>
        </w:rPr>
        <w:t>NHỮNG NGƯỜI THỪA KẾ</w:t>
      </w:r>
    </w:p>
    <w:p>
      <w:pPr>
        <w:spacing w:after="40"/>
      </w:pPr>
      <w:r>
        <w:rPr>
          <w:rFonts w:ascii="Times New Roman" w:hAnsi="Times New Roman"/>
          <w:b w:val="0"/>
          <w:sz w:val="26"/>
        </w:rPr>
        <w:t>(Ký, ghi rõ họ tên từng người)</w:t>
      </w:r>
    </w:p>
    <w:p/>
    <w:p>
      <w:pPr>
        <w:spacing w:after="40"/>
      </w:pPr>
      <w:r>
        <w:rPr>
          <w:rFonts w:ascii="Times New Roman" w:hAnsi="Times New Roman"/>
          <w:b w:val="0"/>
          <w:sz w:val="26"/>
        </w:rPr>
        <w:t>1. ..............................................</w:t>
      </w:r>
    </w:p>
    <w:p>
      <w:pPr>
        <w:spacing w:after="40"/>
      </w:pPr>
      <w:r>
        <w:rPr>
          <w:rFonts w:ascii="Times New Roman" w:hAnsi="Times New Roman"/>
          <w:b w:val="0"/>
          <w:sz w:val="26"/>
        </w:rPr>
        <w:t>2. ..............................................</w:t>
      </w:r>
    </w:p>
    <w:p>
      <w:pPr>
        <w:spacing w:after="40"/>
      </w:pPr>
      <w:r>
        <w:rPr>
          <w:rFonts w:ascii="Times New Roman" w:hAnsi="Times New Roman"/>
          <w:b w:val="0"/>
          <w:sz w:val="26"/>
        </w:rPr>
        <w:t>3. ..............................................</w:t>
      </w:r>
    </w:p>
    <w:p/>
    <w:p>
      <w:pPr>
        <w:spacing w:after="40"/>
        <w:jc w:val="center"/>
      </w:pPr>
      <w:r>
        <w:rPr>
          <w:rFonts w:ascii="Times New Roman" w:hAnsi="Times New Roman"/>
          <w:b/>
          <w:sz w:val="26"/>
        </w:rPr>
        <w:t>LỜI CHỨNG CỦA CÔNG CHỨNG VIÊN / XÁC NHẬN CỦA CƠ QUAN CÓ THẨM QUYỀN</w:t>
      </w:r>
    </w:p>
    <w:p>
      <w:pPr>
        <w:spacing w:after="40"/>
      </w:pPr>
      <w:r>
        <w:rPr>
          <w:rFonts w:ascii="Times New Roman" w:hAnsi="Times New Roman"/>
          <w:b w:val="0"/>
          <w:sz w:val="26"/>
        </w:rPr>
        <w:t>................................................................................................................</w:t>
      </w:r>
    </w:p>
    <w:p>
      <w:pPr>
        <w:spacing w:after="40"/>
      </w:pPr>
      <w:r>
        <w:rPr>
          <w:rFonts w:ascii="Times New Roman" w:hAnsi="Times New Roman"/>
          <w:b w:val="0"/>
          <w:sz w:val="26"/>
        </w:rPr>
        <w:t>(Phần này do công chứng viên của tổ chức hành nghề công chứng hoặc Ủy ban nhân dân cấp xã ghi lời chứng, chứng thực theo quy định.)</w:t>
      </w:r>
    </w:p>
    <w:p>
      <w:pPr>
        <w:spacing w:before="240"/>
      </w:pPr>
      <w:r>
        <w:rPr>
          <w:i/>
          <w:color w:val="888888"/>
          <w:sz w:val="20"/>
        </w:rPr>
        <w:t>Biểu mẫu cung cấp bởi LTV Law — ltvlaw.com</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Times New Roman" w:hAnsi="Times New Roman"/>
      <w:sz w:val="26"/>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