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CỘNG HÒA XÃ HỘI CHỦ NGHĨA VIỆT NAM</w:t>
      </w:r>
    </w:p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Độc lập - Tự do - Hạnh phúc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---------------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THÔNG BÁO</w:t>
      </w:r>
    </w:p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Về việc giải thể doanh nghiệp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 xml:space="preserve">Kính gửi: Phòng Đăng ký kinh doanh - Sở Tài chính tỉnh/thành phố 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Thông tin doanh nghiệp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 xml:space="preserve">Tên doanh nghiệp: 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 xml:space="preserve">Mã số doanh nghiệp: 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 xml:space="preserve">Địa chỉ trụ sở chính: 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 xml:space="preserve">Người đại diện theo pháp luật: 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Nội dung thông báo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Doanh nghiệp thông báo về việc giải thể doanh nghiệp với các nội dung như sau: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1. Quyết định giải thể số: ...... ngày ...... tháng ...... năm 20......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 xml:space="preserve">2. Lý do giải thể: 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3. Thời hạn thanh lý hợp đồng và thanh toán các khoản nợ: không quá ...... tháng kể từ ngày thông qua quyết định giải thể.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Cam kết của doanh nghiệp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Doanh nghiệp cam kết đã và sẽ thực hiện đầy đủ các nghĩa vụ sau đây trước khi hoàn tất thủ tục giải thể: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Thanh toán đầy đủ các khoản nợ, bao gồm nợ thuế và các nghĩa vụ tài chính khác với Nhà nước;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Thanh toán các khoản nợ đối với người lao động và bảo đảm quyền lợi hợp pháp của người lao động theo quy định của pháp luật lao động;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Thanh toán các khoản nợ đối với đối tác, khách hàng và các chủ nợ khác;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Chịu trách nhiệm trước pháp luật về tính trung thực, chính xác của nội dung thông báo này.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Doanh nghiệp đề nghị Phòng Đăng ký kinh doanh cập nhật tình trạng pháp lý của doanh nghiệp sang trạng thái đang làm thủ tục giải thể theo quy định.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Tài liệu gửi kèm: Nghị quyết/quyết định giải thể; biên bản họp (nếu có); phương án giải quyết nợ.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...................., ngày ...... tháng ...... năm 20......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NGƯỜI ĐẠI DIỆN THEO PHÁP LUẬT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tên, đóng dấu)</w:t>
            </w:r>
          </w:p>
        </w:tc>
      </w:tr>
    </w:tbl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