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S07-DN (Ban hành theo Thông tư 200/2014/TT-BTC)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SỔ QUỸ TIỀN MẶT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Loại quỹ: ................ (tiền Việt Nam)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Năm: 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ghi sổ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Ngày ghi sổ | Ngày chứng từ | Số hiệu phiếu thu | Số hiệu phiếu chi | Diễn giải | Số tiền thu | Số tiền chi | Số tồn quỹ | Ghi chú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Số dư đầu kỳ: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Cộng phát sinh trong kỳ: Thu ................................ / Chi 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Số dư cuối kỳ: ................................................ đồng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- Sổ này có ...... trang, đánh số từ trang 01 đến trang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Ngày mở sổ: 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GHI SỔ (THỦ QUỸ)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GIÁM ĐỐC</w:t>
      </w:r>
      <w:r>
        <w:br/>
      </w:r>
      <w:r>
        <w:rPr>
          <w:rFonts w:ascii="Times New Roman" w:hAnsi="Times New Roman"/>
          <w:b w:val="0"/>
          <w:sz w:val="26"/>
        </w:rPr>
        <w:t>(Ký, họ tên, đóng dấu)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