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CÔNG TY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............/QĐ-...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................, ngày ...... tháng ...... năm 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QUYẾT ĐỊNH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Về việc bổ nhiệm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HỘI ĐỒNG QUẢN TRỊ/HỘI ĐỒNG THÀNH VIÊN/GIÁM ĐỐC CÔNG TY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Căn cứ Luật Doanh nghiệp 2020 và các văn bản sửa đổi, bổ sung, hướng dẫn thi hành;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Căn cứ Điều lệ Công ty ................................................;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Căn cứ yêu cầu tổ chức, hoạt động của Công ty;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Xét năng lực và phẩm chất của Ông/Bà ................................................,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QUYẾT ĐỊNH: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1.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Bổ nhiệm Ông/Bà có thông tin dưới đây giữ chức vụ: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CCCD: ......................  Ngày cấp: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Giữ chức vụ: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Kể từ ngày: ...... tháng ...... năm 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2. Quyền hạn và nhiệm vụ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Ông/Bà có tên tại Điều 1 có các quyền hạn và nhiệm vụ của chức vụ được bổ nhiệm theo quy định của Điều lệ Công ty, quy chế nội bộ và pháp luật hiện hành; chịu trách nhiệm trước Công ty và trước pháp luật về việc thực hiện nhiệm vụ được giao.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3. Hiệu lực thi hành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Quyết định này có hiệu lực kể từ ngày ký. Các Ông/Bà có tên tại Điều 4 và người được bổ nhiệm chịu trách nhiệm thi hành Quyết định này.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4. Nơi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Như Điều 1 (để thực hiện);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Các phòng, ban liên quan;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Lưu văn thư.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ĐƯỢC BỔ NHIỆM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TM. CÔNG TY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đóng dấu,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