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sz w:val="26"/>
        </w:rPr>
        <w:t>TÊN CƠ QUAN/DOANH NGHIỆP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Số: ......../TB-................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..............., ngày ...... tháng ...... năm ............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THÔNG BÁO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Về việc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Kính gửi: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Căn cứ ................................................................................................;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 (cơ quan/doanh nghiệp) thông báo tới ................ nội dung như sau: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Nội dung thông báo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Thời gian áp dụng/thực hiện: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Đề nghị các cá nhân, bộ phận liên quan biết và thực hiện. Trong quá trình thực hiện nếu có vướng mắc, đề nghị liên hệ ................ để được hướng dẫn.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Trân trọng thông báo./.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NƠI NHẬN: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- Như trên;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- Lưu: ......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NGƯỜI/CƠ QUAN THÔNG BÁO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tên, đóng dấu nếu có)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