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TÊN THƯƠNG NHÂN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Số: ......../TB-KM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Độc lập - Tự do - Hạnh phúc</w:t>
            </w:r>
          </w:p>
        </w:tc>
      </w:tr>
    </w:tbl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THÔNG BÁO THỰC HIỆN KHUYẾN MẠI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Sở Công Thương tỉnh/thành phố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Tên thương nhân: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trụ sở chính: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  Email: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Người đại diện theo pháp luật: ................  Chức vụ: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Thông báo thực hiện chương trình khuyến mại như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Tên chương trình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Địa bàn (phạm vi) thực hiện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Hình thức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Thời gian khuyến mại: từ ngày ...... đến ngày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 Hàng hóa, dịch vụ được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6. Hàng hóa, dịch vụ dùng để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7. Khách hàng của chương trình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8. Tổng giá trị hàng hóa, dịch vụ dùng để khuyến mại: 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9. Nội dung chi tiết chương trình khuyến mại (kèm theo thể lệ):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Thương nhân cam kết thực hiện đúng và hoàn toàn chịu trách nhiệm về chương trình khuyến mại nêu trên theo quy định của pháp luật.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THƯƠNG NHÂN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