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PHIẾU XUẤT KHO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Nợ: ................ / Có: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Họ và tên người nhận hàng: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 (địa chỉ):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xuất kho: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Xuất tại kho (ngăn lô), địa điểm: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Bảng kê vật tư, hàng hóa xuất kho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STT | Tên, nhãn hiệu, quy cách | Mã số | Đơn vị tính | Số lượng (yêu cầu / thực xuất) | Đơn giá | Thành tiền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 | ................ | ...... | ...... | ...... / ...... | ...... |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 | ................ | ...... | ...... | ...... / ...... | ...... |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 thành tiền (bằng chữ):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Tổng số chứng từ gốc kèm theo: 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LẬP PHIẾU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NHẬN HÀNG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THỦ KHO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