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PHIẾU THU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Nợ: ................ / Có: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Họ và tên người nộp tiền: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nộp: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(Viết bằng chữ: ................................................)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Kèm theo: ................ chứng từ gốc.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Đã nhận đủ số tiền (viết bằng chữ): ................................................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GIÁM ĐỐC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tên, đóng dấu)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NỘP TIỀN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THỦ QUỸ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