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pPr>
      <w:r>
        <w:rPr>
          <w:rFonts w:ascii="Times New Roman" w:hAnsi="Times New Roman"/>
          <w:b w:val="0"/>
          <w:sz w:val="26"/>
        </w:rPr>
        <w:t>......(1)......, ngày ...... tháng ...... năm ............</w:t>
      </w:r>
    </w:p>
    <w:p/>
    <w:p>
      <w:pPr>
        <w:spacing w:after="40"/>
        <w:jc w:val="center"/>
      </w:pPr>
      <w:r>
        <w:rPr>
          <w:rFonts w:ascii="Times New Roman" w:hAnsi="Times New Roman"/>
          <w:b/>
          <w:sz w:val="26"/>
        </w:rPr>
        <w:t>ĐƠN KHỞI KIỆN</w:t>
      </w:r>
    </w:p>
    <w:p/>
    <w:p>
      <w:pPr>
        <w:spacing w:after="40"/>
      </w:pPr>
      <w:r>
        <w:rPr>
          <w:rFonts w:ascii="Times New Roman" w:hAnsi="Times New Roman"/>
          <w:b w:val="0"/>
          <w:sz w:val="26"/>
        </w:rPr>
        <w:t>Kính gửi: Tòa án nhân dân ................................................ (2)</w:t>
      </w:r>
    </w:p>
    <w:p/>
    <w:p>
      <w:pPr>
        <w:spacing w:after="40"/>
      </w:pPr>
      <w:r>
        <w:rPr>
          <w:rFonts w:ascii="Times New Roman" w:hAnsi="Times New Roman"/>
          <w:b/>
          <w:sz w:val="26"/>
        </w:rPr>
        <w:t>1. Người khởi kiện:</w:t>
      </w:r>
    </w:p>
    <w:p>
      <w:pPr>
        <w:spacing w:after="40"/>
      </w:pPr>
      <w:r>
        <w:rPr>
          <w:rFonts w:ascii="Times New Roman" w:hAnsi="Times New Roman"/>
          <w:b w:val="0"/>
          <w:sz w:val="26"/>
        </w:rPr>
        <w:t>Họ và tên/Tên cơ quan, tổ chức: ................................................</w:t>
      </w:r>
    </w:p>
    <w:p>
      <w:pPr>
        <w:spacing w:after="40"/>
      </w:pPr>
      <w:r>
        <w:rPr>
          <w:rFonts w:ascii="Times New Roman" w:hAnsi="Times New Roman"/>
          <w:b w:val="0"/>
          <w:sz w:val="26"/>
        </w:rPr>
        <w:t>Ngày, tháng, năm sinh: ............................... (nếu là cá nhân)</w:t>
      </w:r>
    </w:p>
    <w:p>
      <w:pPr>
        <w:spacing w:after="40"/>
      </w:pPr>
      <w:r>
        <w:rPr>
          <w:rFonts w:ascii="Times New Roman" w:hAnsi="Times New Roman"/>
          <w:b w:val="0"/>
          <w:sz w:val="26"/>
        </w:rPr>
        <w:t>Căn cước công dân/Hộ chiếu số: ...................... Cấp ngày: .............. Nơi cấp: ................</w:t>
      </w:r>
    </w:p>
    <w:p>
      <w:pPr>
        <w:spacing w:after="40"/>
      </w:pPr>
      <w:r>
        <w:rPr>
          <w:rFonts w:ascii="Times New Roman" w:hAnsi="Times New Roman"/>
          <w:b w:val="0"/>
          <w:sz w:val="26"/>
        </w:rPr>
        <w:t>Nơi cư trú/Địa chỉ trụ sở: ................................................</w:t>
      </w:r>
    </w:p>
    <w:p>
      <w:pPr>
        <w:spacing w:after="40"/>
      </w:pPr>
      <w:r>
        <w:rPr>
          <w:rFonts w:ascii="Times New Roman" w:hAnsi="Times New Roman"/>
          <w:b w:val="0"/>
          <w:sz w:val="26"/>
        </w:rPr>
        <w:t>Số điện thoại: ....................... Fax (nếu có): ....................... Địa chỉ thư điện tử (nếu có): .......................</w:t>
      </w:r>
    </w:p>
    <w:p>
      <w:pPr>
        <w:spacing w:after="40"/>
      </w:pPr>
      <w:r>
        <w:rPr>
          <w:rFonts w:ascii="Times New Roman" w:hAnsi="Times New Roman"/>
          <w:b w:val="0"/>
          <w:sz w:val="26"/>
        </w:rPr>
        <w:t>(Trường hợp người khởi kiện là người chưa thành niên, người mất năng lực hành vi dân sự thì ghi thông tin của người đại diện hợp pháp.)</w:t>
      </w:r>
    </w:p>
    <w:p/>
    <w:p>
      <w:pPr>
        <w:spacing w:after="40"/>
      </w:pPr>
      <w:r>
        <w:rPr>
          <w:rFonts w:ascii="Times New Roman" w:hAnsi="Times New Roman"/>
          <w:b/>
          <w:sz w:val="26"/>
        </w:rPr>
        <w:t>2. Người bị kiện:</w:t>
      </w:r>
    </w:p>
    <w:p>
      <w:pPr>
        <w:spacing w:after="40"/>
      </w:pPr>
      <w:r>
        <w:rPr>
          <w:rFonts w:ascii="Times New Roman" w:hAnsi="Times New Roman"/>
          <w:b w:val="0"/>
          <w:sz w:val="26"/>
        </w:rPr>
        <w:t>Họ và tên/Tên cơ quan, tổ chức: ................................................</w:t>
      </w:r>
    </w:p>
    <w:p>
      <w:pPr>
        <w:spacing w:after="40"/>
      </w:pPr>
      <w:r>
        <w:rPr>
          <w:rFonts w:ascii="Times New Roman" w:hAnsi="Times New Roman"/>
          <w:b w:val="0"/>
          <w:sz w:val="26"/>
        </w:rPr>
        <w:t>Ngày, tháng, năm sinh: ............................... (nếu là cá nhân)</w:t>
      </w:r>
    </w:p>
    <w:p>
      <w:pPr>
        <w:spacing w:after="40"/>
      </w:pPr>
      <w:r>
        <w:rPr>
          <w:rFonts w:ascii="Times New Roman" w:hAnsi="Times New Roman"/>
          <w:b w:val="0"/>
          <w:sz w:val="26"/>
        </w:rPr>
        <w:t>Căn cước công dân/Hộ chiếu số (nếu biết): ...................... Cấp ngày: .............. Nơi cấp: ................</w:t>
      </w:r>
    </w:p>
    <w:p>
      <w:pPr>
        <w:spacing w:after="40"/>
      </w:pPr>
      <w:r>
        <w:rPr>
          <w:rFonts w:ascii="Times New Roman" w:hAnsi="Times New Roman"/>
          <w:b w:val="0"/>
          <w:sz w:val="26"/>
        </w:rPr>
        <w:t>Nơi cư trú/Địa chỉ trụ sở: ................................................</w:t>
      </w:r>
    </w:p>
    <w:p>
      <w:pPr>
        <w:spacing w:after="40"/>
      </w:pPr>
      <w:r>
        <w:rPr>
          <w:rFonts w:ascii="Times New Roman" w:hAnsi="Times New Roman"/>
          <w:b w:val="0"/>
          <w:sz w:val="26"/>
        </w:rPr>
        <w:t>Số điện thoại (nếu biết): ....................... Địa chỉ thư điện tử (nếu biết): .......................</w:t>
      </w:r>
    </w:p>
    <w:p/>
    <w:p>
      <w:pPr>
        <w:spacing w:after="40"/>
      </w:pPr>
      <w:r>
        <w:rPr>
          <w:rFonts w:ascii="Times New Roman" w:hAnsi="Times New Roman"/>
          <w:b/>
          <w:sz w:val="26"/>
        </w:rPr>
        <w:t>3. Người có quyền lợi, nghĩa vụ liên quan (nếu có):</w:t>
      </w:r>
    </w:p>
    <w:p>
      <w:pPr>
        <w:spacing w:after="40"/>
      </w:pPr>
      <w:r>
        <w:rPr>
          <w:rFonts w:ascii="Times New Roman" w:hAnsi="Times New Roman"/>
          <w:b w:val="0"/>
          <w:sz w:val="26"/>
        </w:rPr>
        <w:t>Họ và tên/Tên cơ quan, tổ chức: ................................................</w:t>
      </w:r>
    </w:p>
    <w:p>
      <w:pPr>
        <w:spacing w:after="40"/>
      </w:pPr>
      <w:r>
        <w:rPr>
          <w:rFonts w:ascii="Times New Roman" w:hAnsi="Times New Roman"/>
          <w:b w:val="0"/>
          <w:sz w:val="26"/>
        </w:rPr>
        <w:t>Nơi cư trú/Địa chỉ trụ sở: ................................................</w:t>
      </w:r>
    </w:p>
    <w:p>
      <w:pPr>
        <w:spacing w:after="40"/>
      </w:pPr>
      <w:r>
        <w:rPr>
          <w:rFonts w:ascii="Times New Roman" w:hAnsi="Times New Roman"/>
          <w:b w:val="0"/>
          <w:sz w:val="26"/>
        </w:rPr>
        <w:t>Số điện thoại (nếu có): ....................... Địa chỉ thư điện tử (nếu có): .......................</w:t>
      </w:r>
    </w:p>
    <w:p/>
    <w:p>
      <w:pPr>
        <w:spacing w:after="40"/>
      </w:pPr>
      <w:r>
        <w:rPr>
          <w:rFonts w:ascii="Times New Roman" w:hAnsi="Times New Roman"/>
          <w:b/>
          <w:sz w:val="26"/>
        </w:rPr>
        <w:t>4. Nội dung khởi kiện:</w:t>
      </w:r>
    </w:p>
    <w:p>
      <w:pPr>
        <w:spacing w:after="40"/>
      </w:pPr>
      <w:r>
        <w:rPr>
          <w:rFonts w:ascii="Times New Roman" w:hAnsi="Times New Roman"/>
          <w:b w:val="0"/>
          <w:sz w:val="26"/>
        </w:rPr>
        <w:t>Trình bày tóm tắt nội dung tranh chấp; quan hệ pháp luật tranh chấp; diễn biến sự việc dẫn đến tranh chấp; những quyền và lợi ích hợp pháp bị xâm phạm.</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(Ví dụ khởi kiện đòi nợ: Ngày ...... tháng ...... năm ............, tôi và ông/bà ...................... có ký hợp đồng vay tài sản/giấy vay tiền với số tiền là ...................... đồng, thời hạn trả là ngày ...... tháng ...... năm ............. Đến hạn, tôi đã nhiều lần yêu cầu nhưng ông/bà ...................... không trả nợ.)</w:t>
      </w:r>
    </w:p>
    <w:p/>
    <w:p>
      <w:pPr>
        <w:spacing w:after="40"/>
      </w:pPr>
      <w:r>
        <w:rPr>
          <w:rFonts w:ascii="Times New Roman" w:hAnsi="Times New Roman"/>
          <w:b/>
          <w:sz w:val="26"/>
        </w:rPr>
        <w:t>5. Yêu cầu Tòa án giải quyết:</w:t>
      </w:r>
    </w:p>
    <w:p>
      <w:pPr>
        <w:spacing w:after="40"/>
      </w:pPr>
      <w:r>
        <w:rPr>
          <w:rFonts w:ascii="Times New Roman" w:hAnsi="Times New Roman"/>
          <w:b w:val="0"/>
          <w:sz w:val="26"/>
        </w:rPr>
        <w:t>Nêu cụ thể từng yêu cầu đề nghị Tòa án giải quyết:</w:t>
      </w:r>
    </w:p>
    <w:p>
      <w:pPr>
        <w:spacing w:after="40"/>
      </w:pPr>
      <w:r>
        <w:rPr>
          <w:rFonts w:ascii="Times New Roman" w:hAnsi="Times New Roman"/>
          <w:b w:val="0"/>
          <w:sz w:val="26"/>
        </w:rPr>
        <w:t>- Buộc ông/bà (hoặc cơ quan, tổ chức) ...................... phải trả cho tôi số tiền nợ gốc là ...................... đồng (bằng chữ: ......................);</w:t>
      </w:r>
    </w:p>
    <w:p>
      <w:pPr>
        <w:spacing w:after="40"/>
      </w:pPr>
      <w:r>
        <w:rPr>
          <w:rFonts w:ascii="Times New Roman" w:hAnsi="Times New Roman"/>
          <w:b w:val="0"/>
          <w:sz w:val="26"/>
        </w:rPr>
        <w:t>- Buộc ông/bà ...................... phải trả tiền lãi (nếu có) tính đến ngày ...... tháng ...... năm ............ là ...................... đồng;</w:t>
      </w:r>
    </w:p>
    <w:p>
      <w:pPr>
        <w:spacing w:after="40"/>
      </w:pPr>
      <w:r>
        <w:rPr>
          <w:rFonts w:ascii="Times New Roman" w:hAnsi="Times New Roman"/>
          <w:b w:val="0"/>
          <w:sz w:val="26"/>
        </w:rPr>
        <w:t>- Yêu cầu khác (nếu có): ................................................</w:t>
      </w:r>
    </w:p>
    <w:p/>
    <w:p>
      <w:pPr>
        <w:spacing w:after="40"/>
      </w:pPr>
      <w:r>
        <w:rPr>
          <w:rFonts w:ascii="Times New Roman" w:hAnsi="Times New Roman"/>
          <w:b/>
          <w:sz w:val="26"/>
        </w:rPr>
        <w:t>6. Danh mục tài liệu, chứng cứ kèm theo đơn khởi kiện:</w:t>
      </w:r>
    </w:p>
    <w:p>
      <w:pPr>
        <w:spacing w:after="40"/>
      </w:pPr>
      <w:r>
        <w:rPr>
          <w:rFonts w:ascii="Times New Roman" w:hAnsi="Times New Roman"/>
          <w:b w:val="0"/>
          <w:sz w:val="26"/>
        </w:rPr>
        <w:t>1. Bản sao Căn cước công dân/Hộ chiếu của người khởi kiện;</w:t>
      </w:r>
    </w:p>
    <w:p>
      <w:pPr>
        <w:spacing w:after="40"/>
      </w:pPr>
      <w:r>
        <w:rPr>
          <w:rFonts w:ascii="Times New Roman" w:hAnsi="Times New Roman"/>
          <w:b w:val="0"/>
          <w:sz w:val="26"/>
        </w:rPr>
        <w:t>2. Hợp đồng/giấy vay tiền/giấy tờ giao dịch (bản sao): ...................... bản;</w:t>
      </w:r>
    </w:p>
    <w:p>
      <w:pPr>
        <w:spacing w:after="40"/>
      </w:pPr>
      <w:r>
        <w:rPr>
          <w:rFonts w:ascii="Times New Roman" w:hAnsi="Times New Roman"/>
          <w:b w:val="0"/>
          <w:sz w:val="26"/>
        </w:rPr>
        <w:t>3. Chứng từ thanh toán, biên nhận, tin nhắn, thư từ liên quan (nếu có): ...................... bản;</w:t>
      </w:r>
    </w:p>
    <w:p>
      <w:pPr>
        <w:spacing w:after="40"/>
      </w:pPr>
      <w:r>
        <w:rPr>
          <w:rFonts w:ascii="Times New Roman" w:hAnsi="Times New Roman"/>
          <w:b w:val="0"/>
          <w:sz w:val="26"/>
        </w:rPr>
        <w:t>4. Tài liệu khác: ................................................</w:t>
      </w:r>
    </w:p>
    <w:p/>
    <w:p>
      <w:pPr>
        <w:spacing w:after="40"/>
      </w:pPr>
      <w:r>
        <w:rPr>
          <w:rFonts w:ascii="Times New Roman" w:hAnsi="Times New Roman"/>
          <w:b w:val="0"/>
          <w:sz w:val="26"/>
        </w:rPr>
        <w:t>Tôi cam đoan những nội dung trình bày trong đơn khởi kiện này là đúng sự thật và hoàn toàn chịu trách nhiệm trước pháp luật về những nội dung đã trình bày và các tài liệu, chứng cứ đã nộp kèm theo.</w:t>
      </w:r>
    </w:p>
    <w:p/>
    <w:p>
      <w:pPr>
        <w:spacing w:after="40"/>
        <w:jc w:val="center"/>
      </w:pPr>
      <w:r>
        <w:rPr>
          <w:rFonts w:ascii="Times New Roman" w:hAnsi="Times New Roman"/>
          <w:b w:val="0"/>
          <w:sz w:val="26"/>
        </w:rPr>
        <w:t>NGƯỜI KHỞI KIỆN</w:t>
      </w:r>
    </w:p>
    <w:p>
      <w:pPr>
        <w:spacing w:after="40"/>
        <w:jc w:val="center"/>
      </w:pPr>
      <w:r>
        <w:rPr>
          <w:rFonts w:ascii="Times New Roman" w:hAnsi="Times New Roman"/>
          <w:b w:val="0"/>
          <w:sz w:val="26"/>
        </w:rPr>
        <w:t>(Ký, ghi rõ họ tên; nếu là cơ quan, tổ chức thì đóng dấu, ghi rõ chức vụ của người ký)</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