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b/>
          <w:sz w:val="26"/>
        </w:rPr>
        <w:t>CỘNG HÒA XÃ HỘI CHỦ NGHĨA VIỆT NAM</w:t>
      </w:r>
    </w:p>
    <w:p>
      <w:pPr>
        <w:spacing w:after="40"/>
        <w:jc w:val="center"/>
      </w:pPr>
      <w:r>
        <w:rPr>
          <w:rFonts w:ascii="Times New Roman" w:hAnsi="Times New Roman"/>
          <w:b/>
          <w:sz w:val="26"/>
        </w:rPr>
        <w:t>Độc lập - Tự do - Hạnh phúc</w:t>
      </w:r>
    </w:p>
    <w:p/>
    <w:p>
      <w:pPr>
        <w:spacing w:after="40"/>
        <w:jc w:val="center"/>
      </w:pPr>
      <w:r>
        <w:rPr>
          <w:rFonts w:ascii="Times New Roman" w:hAnsi="Times New Roman"/>
          <w:b/>
          <w:sz w:val="26"/>
        </w:rPr>
        <w:t>DI CHÚC</w:t>
      </w:r>
    </w:p>
    <w:p/>
    <w:p>
      <w:pPr>
        <w:spacing w:after="40"/>
      </w:pPr>
      <w:r>
        <w:rPr>
          <w:rFonts w:ascii="Times New Roman" w:hAnsi="Times New Roman"/>
          <w:b w:val="0"/>
          <w:sz w:val="26"/>
        </w:rPr>
        <w:t>Hôm nay, ngày ...... tháng ...... năm ............, tại: ................................................</w:t>
      </w:r>
    </w:p>
    <w:p/>
    <w:p>
      <w:pPr>
        <w:spacing w:after="40"/>
      </w:pPr>
      <w:r>
        <w:rPr>
          <w:rFonts w:ascii="Times New Roman" w:hAnsi="Times New Roman"/>
          <w:b w:val="0"/>
          <w:sz w:val="26"/>
        </w:rPr>
        <w:t>Tôi là người lập di chúc, có thông tin như sau:</w:t>
      </w:r>
    </w:p>
    <w:p>
      <w:pPr>
        <w:spacing w:after="40"/>
      </w:pPr>
      <w:r>
        <w:rPr>
          <w:rFonts w:ascii="Times New Roman" w:hAnsi="Times New Roman"/>
          <w:b w:val="0"/>
          <w:sz w:val="26"/>
        </w:rPr>
        <w:t>Họ và tên: ................................................................................</w:t>
      </w:r>
    </w:p>
    <w:p>
      <w:pPr>
        <w:spacing w:after="40"/>
      </w:pPr>
      <w:r>
        <w:rPr>
          <w:rFonts w:ascii="Times New Roman" w:hAnsi="Times New Roman"/>
          <w:b w:val="0"/>
          <w:sz w:val="26"/>
        </w:rPr>
        <w:t>Sinh ngày ...... tháng ...... năm ............</w:t>
      </w:r>
    </w:p>
    <w:p>
      <w:pPr>
        <w:spacing w:after="40"/>
      </w:pPr>
      <w:r>
        <w:rPr>
          <w:rFonts w:ascii="Times New Roman" w:hAnsi="Times New Roman"/>
          <w:b w:val="0"/>
          <w:sz w:val="26"/>
        </w:rPr>
        <w:t>Số Căn cước công dân/Căn cước: ......................................</w:t>
      </w:r>
    </w:p>
    <w:p>
      <w:pPr>
        <w:spacing w:after="40"/>
      </w:pPr>
      <w:r>
        <w:rPr>
          <w:rFonts w:ascii="Times New Roman" w:hAnsi="Times New Roman"/>
          <w:b w:val="0"/>
          <w:sz w:val="26"/>
        </w:rPr>
        <w:t>Cấp ngày ...... tháng ...... năm ............, nơi cấp: ................................</w:t>
      </w:r>
    </w:p>
    <w:p>
      <w:pPr>
        <w:spacing w:after="40"/>
      </w:pPr>
      <w:r>
        <w:rPr>
          <w:rFonts w:ascii="Times New Roman" w:hAnsi="Times New Roman"/>
          <w:b w:val="0"/>
          <w:sz w:val="26"/>
        </w:rPr>
        <w:t>Nơi thường trú: ...........................................................................</w:t>
      </w:r>
    </w:p>
    <w:p>
      <w:pPr>
        <w:spacing w:after="40"/>
      </w:pPr>
      <w:r>
        <w:rPr>
          <w:rFonts w:ascii="Times New Roman" w:hAnsi="Times New Roman"/>
          <w:b w:val="0"/>
          <w:sz w:val="26"/>
        </w:rPr>
        <w:t>Chỗ ở hiện nay: ...........................................................................</w:t>
      </w:r>
    </w:p>
    <w:p/>
    <w:p>
      <w:pPr>
        <w:spacing w:after="40"/>
      </w:pPr>
      <w:r>
        <w:rPr>
          <w:rFonts w:ascii="Times New Roman" w:hAnsi="Times New Roman"/>
          <w:b w:val="0"/>
          <w:sz w:val="26"/>
        </w:rPr>
        <w:t>Nay trong trạng thái tinh thần hoàn toàn minh mẫn, sáng suốt, tự nguyện, không bị bất kỳ ai lừa dối, đe dọa hoặc cưỡng ép, tôi lập di chúc này để định đoạt tài sản thuộc quyền sở hữu, quyền sử dụng hợp pháp của tôi như sau:</w:t>
      </w:r>
    </w:p>
    <w:p/>
    <w:p>
      <w:pPr>
        <w:spacing w:after="40"/>
      </w:pPr>
      <w:r>
        <w:rPr>
          <w:rFonts w:ascii="Times New Roman" w:hAnsi="Times New Roman"/>
          <w:b w:val="0"/>
          <w:sz w:val="26"/>
        </w:rPr>
        <w:t>1. Tài sản (di sản) để lại:</w:t>
      </w:r>
    </w:p>
    <w:p>
      <w:pPr>
        <w:spacing w:after="40"/>
      </w:pPr>
      <w:r>
        <w:rPr>
          <w:rFonts w:ascii="Times New Roman" w:hAnsi="Times New Roman"/>
          <w:b w:val="0"/>
          <w:sz w:val="26"/>
        </w:rPr>
        <w:t>a) Quyền sử dụng đất và tài sản gắn liền với đất tại: .................................</w:t>
      </w:r>
    </w:p>
    <w:p>
      <w:pPr>
        <w:spacing w:after="40"/>
      </w:pPr>
      <w:r>
        <w:rPr>
          <w:rFonts w:ascii="Times New Roman" w:hAnsi="Times New Roman"/>
          <w:b w:val="0"/>
          <w:sz w:val="26"/>
        </w:rPr>
        <w:t>Diện tích: ................ m². Thửa đất số: ............, tờ bản đồ số: ............</w:t>
      </w:r>
    </w:p>
    <w:p>
      <w:pPr>
        <w:spacing w:after="40"/>
      </w:pPr>
      <w:r>
        <w:rPr>
          <w:rFonts w:ascii="Times New Roman" w:hAnsi="Times New Roman"/>
          <w:b w:val="0"/>
          <w:sz w:val="26"/>
        </w:rPr>
        <w:t>Giấy chứng nhận quyền sử dụng đất số: ................ do ................ cấp ngày ...... tháng ...... năm ............</w:t>
      </w:r>
    </w:p>
    <w:p>
      <w:pPr>
        <w:spacing w:after="40"/>
      </w:pPr>
      <w:r>
        <w:rPr>
          <w:rFonts w:ascii="Times New Roman" w:hAnsi="Times New Roman"/>
          <w:b w:val="0"/>
          <w:sz w:val="26"/>
        </w:rPr>
        <w:t>b) Sổ tiết kiệm/số tiền gửi tại ngân hàng: ................ số: ................, số tiền: ................</w:t>
      </w:r>
    </w:p>
    <w:p>
      <w:pPr>
        <w:spacing w:after="40"/>
      </w:pPr>
      <w:r>
        <w:rPr>
          <w:rFonts w:ascii="Times New Roman" w:hAnsi="Times New Roman"/>
          <w:b w:val="0"/>
          <w:sz w:val="26"/>
        </w:rPr>
        <w:t>c) Tài sản khác (nếu có): ...............................................................</w:t>
      </w:r>
    </w:p>
    <w:p/>
    <w:p>
      <w:pPr>
        <w:spacing w:after="40"/>
      </w:pPr>
      <w:r>
        <w:rPr>
          <w:rFonts w:ascii="Times New Roman" w:hAnsi="Times New Roman"/>
          <w:b w:val="0"/>
          <w:sz w:val="26"/>
        </w:rPr>
        <w:t>2. Người được hưởng di sản:</w:t>
      </w:r>
    </w:p>
    <w:p>
      <w:pPr>
        <w:spacing w:after="40"/>
      </w:pPr>
      <w:r>
        <w:rPr>
          <w:rFonts w:ascii="Times New Roman" w:hAnsi="Times New Roman"/>
          <w:b w:val="0"/>
          <w:sz w:val="26"/>
        </w:rPr>
        <w:t>Họ và tên: ................................................ Sinh năm: ............</w:t>
      </w:r>
    </w:p>
    <w:p>
      <w:pPr>
        <w:spacing w:after="40"/>
      </w:pPr>
      <w:r>
        <w:rPr>
          <w:rFonts w:ascii="Times New Roman" w:hAnsi="Times New Roman"/>
          <w:b w:val="0"/>
          <w:sz w:val="26"/>
        </w:rPr>
        <w:t>Số Căn cước công dân/Căn cước: ......................................</w:t>
      </w:r>
    </w:p>
    <w:p>
      <w:pPr>
        <w:spacing w:after="40"/>
      </w:pPr>
      <w:r>
        <w:rPr>
          <w:rFonts w:ascii="Times New Roman" w:hAnsi="Times New Roman"/>
          <w:b w:val="0"/>
          <w:sz w:val="26"/>
        </w:rPr>
        <w:t>Nơi thường trú: ...........................................................................</w:t>
      </w:r>
    </w:p>
    <w:p>
      <w:pPr>
        <w:spacing w:after="40"/>
      </w:pPr>
      <w:r>
        <w:rPr>
          <w:rFonts w:ascii="Times New Roman" w:hAnsi="Times New Roman"/>
          <w:b w:val="0"/>
          <w:sz w:val="26"/>
        </w:rPr>
        <w:t>Quan hệ với người lập di chúc: ......................................</w:t>
      </w:r>
    </w:p>
    <w:p>
      <w:pPr>
        <w:spacing w:after="40"/>
      </w:pPr>
      <w:r>
        <w:rPr>
          <w:rFonts w:ascii="Times New Roman" w:hAnsi="Times New Roman"/>
          <w:b w:val="0"/>
          <w:sz w:val="26"/>
        </w:rPr>
        <w:t>Phần di sản được hưởng: ...............................................................</w:t>
      </w:r>
    </w:p>
    <w:p/>
    <w:p>
      <w:pPr>
        <w:spacing w:after="40"/>
      </w:pPr>
      <w:r>
        <w:rPr>
          <w:rFonts w:ascii="Times New Roman" w:hAnsi="Times New Roman"/>
          <w:b w:val="0"/>
          <w:sz w:val="26"/>
        </w:rPr>
        <w:t>(Nếu có nhiều người được hưởng thì ghi rõ họ tên, thông tin và phần di sản của từng người.)</w:t>
      </w:r>
    </w:p>
    <w:p/>
    <w:p>
      <w:pPr>
        <w:spacing w:after="40"/>
      </w:pPr>
      <w:r>
        <w:rPr>
          <w:rFonts w:ascii="Times New Roman" w:hAnsi="Times New Roman"/>
          <w:b w:val="0"/>
          <w:sz w:val="26"/>
        </w:rPr>
        <w:t>3. Điều kiện, nghĩa vụ kèm theo (nếu có): ...............................................</w:t>
      </w:r>
    </w:p>
    <w:p/>
    <w:p>
      <w:pPr>
        <w:spacing w:after="40"/>
      </w:pPr>
      <w:r>
        <w:rPr>
          <w:rFonts w:ascii="Times New Roman" w:hAnsi="Times New Roman"/>
          <w:b w:val="0"/>
          <w:sz w:val="26"/>
        </w:rPr>
        <w:t>Di chúc này được lập thành ...... bản, có giá trị pháp lý như nhau. Sau khi tôi qua đời, di sản nêu trên được chia theo đúng nội dung di chúc này. Tôi đã đọc lại, hiểu rõ và hoàn toàn đồng ý với toàn bộ nội dung, ký tên dưới đây.</w:t>
      </w:r>
    </w:p>
    <w:p/>
    <w:p>
      <w:pPr>
        <w:spacing w:after="40"/>
      </w:pPr>
      <w:r>
        <w:rPr>
          <w:rFonts w:ascii="Times New Roman" w:hAnsi="Times New Roman"/>
          <w:b w:val="0"/>
          <w:sz w:val="26"/>
        </w:rPr>
        <w:t>Người làm chứng thứ nhất (nếu có): ................ ký, ghi rõ họ tên</w:t>
      </w:r>
    </w:p>
    <w:p>
      <w:pPr>
        <w:spacing w:after="40"/>
      </w:pPr>
      <w:r>
        <w:rPr>
          <w:rFonts w:ascii="Times New Roman" w:hAnsi="Times New Roman"/>
          <w:b w:val="0"/>
          <w:sz w:val="26"/>
        </w:rPr>
        <w:t>Người làm chứng thứ hai (nếu có): ................ ký, ghi rõ họ tên</w:t>
      </w:r>
    </w:p>
    <w:p/>
    <w:p>
      <w:pPr>
        <w:spacing w:after="40"/>
        <w:jc w:val="center"/>
      </w:pPr>
      <w:r>
        <w:rPr>
          <w:rFonts w:ascii="Times New Roman" w:hAnsi="Times New Roman"/>
          <w:b/>
          <w:sz w:val="26"/>
        </w:rPr>
        <w:t>NGƯỜI LẬP DI CHÚC</w:t>
      </w:r>
    </w:p>
    <w:p>
      <w:pPr>
        <w:spacing w:after="40"/>
        <w:jc w:val="center"/>
      </w:pPr>
      <w:r>
        <w:rPr>
          <w:rFonts w:ascii="Times New Roman" w:hAnsi="Times New Roman"/>
          <w:b w:val="0"/>
          <w:sz w:val="26"/>
        </w:rPr>
        <w:t>(Ký, ghi rõ họ tên)</w:t>
      </w:r>
    </w:p>
    <w:p/>
    <w:p/>
    <w:p/>
    <w:p>
      <w:pPr>
        <w:spacing w:before="240"/>
      </w:pPr>
      <w:r>
        <w:rPr>
          <w:i/>
          <w:color w:val="888888"/>
          <w:sz w:val="20"/>
        </w:rPr>
        <w:t>Biểu mẫu cung cấp bởi LTV Law — ltvlaw.com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