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sz w:val="26"/>
        </w:rPr>
        <w:t>TÊN CƠ QUAN/DOANH NGHIỆP ................................................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BIÊN BẢN CUỘC HỌP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(Về việc ................................................)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Thời gian: ...... giờ ......, ngày ...... tháng ...... năm 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điểm: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Thành phần tham dự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Chủ tọa: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Thư ký: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Các thành viên tham dự: 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Vắng mặt (nếu có):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cuộc họp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Nội dung/chương trình: 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Diễn biến và ý kiến các thành viên: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Kết luận cuộc họp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Cuộc họp kết thúc vào ...... giờ ...... cùng ngày. Biên bản được đọc lại cho các thành viên cùng nghe và thống nhất.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Biên bản được lập thành ...... bản có giá trị như nhau.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THƯ KÝ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CHỦ TỌA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