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sz w:val="26"/>
        </w:rPr>
        <w:t>TÊN CƠ QUAN/DOANH NGHIỆP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Số: ......../BC-................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..............., ngày ...... tháng ...... năm ............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BÁO CÁO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Về việc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Kính gửi: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I. Đặc điểm tình hình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II. Kết quả thực hiện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Những việc đã làm được: 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Số liệu/kết quả cụ thể: ................................................................................................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III. Tồn tại, hạn chế và nguyên nhân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IV. Phương hướng, kiến nghị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Trên đây là báo cáo về ................; kính trình ................ xem xét./.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NƠI NHẬN: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- Như trên;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- Lưu: ......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NGƯỜI/CƠ QUAN BÁO CÁO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tên, đóng dấu nếu có)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