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TÊN ĐƠN VỊ XÁC NHẬN: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............/GXN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GIẤY XÁC NHẬN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(V/v: Xác nhận nhân viên đang làm việc)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ĐƠN VỊ XÁC NHẬN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Tên đơn vị (công ty):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Mã số thuế: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 trụ sở: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Điện thoại: ......................  Email: 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Công ty ...................................................... xác nhận: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THÔNG TIN NGƯỜI ĐƯỢC XÁC NHẬN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sinh: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Căn cước công dân: ......................  Ngày cấp: ......................  Nơi cấp: 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Chức vụ: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Phòng/ban công tác: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vào làm việc: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NỘI DUNG XÁC NHẬN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Ông/Bà ...................................................... hiện đang làm việc tại Công ty theo Hợp đồng lao động số ............/HĐLĐ, thời hạn hợp đồng: 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Mức lương/thu nhập hiện tại (nếu cần xác nhận): ...................................................... đồng/tháng.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Tính đến thời điểm cấp giấy này, Ông/Bà nêu trên đang là người lao động của Công ty và các thông tin trên là đúng sự thật.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MỤC ĐÍCH SỬ DỤNG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Giấy xác nhận này được cấp để Ông/Bà ...................................................... sử dụng vào mục đích: ...................................................... (ví dụ: hoàn thiện hồ sơ vay vốn, xin visa, đăng ký học, thuê nhà...).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Giấy xác nhận có giá trị kể từ ngày ký và không sử dụng vào mục đích khác.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............, ngày ...... tháng ...... năm ......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</w:r>
          </w:p>
        </w:tc>
      </w:tr>
    </w:tbl>
    <w:p>
      <w:pPr>
        <w:spacing w:after="40"/>
      </w:pPr>
      <w:r>
        <w:rPr>
          <w:rFonts w:ascii="Times New Roman" w:hAnsi="Times New Roman"/>
          <w:b w:val="0"/>
          <w:sz w:val="26"/>
        </w:rPr>
        <w:t>(Ký tên, ghi rõ họ tên và đóng dấu)</w:t>
      </w:r>
    </w:p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