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TỜ KHAI CẤP GIẤY XÁC NHẬN TÌNH TRẠNG HÔN NHÂN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Ủy ban nhân dân xã/phường 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YÊU CẦU: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Họ, chữ đệm,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Ngày, tháng, năm sinh: ......./......./............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Giới tính: ....................... Dân tộc: ....................... Quốc tịch: 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Căn cước công dân số: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cấp: ......./......./............ Nơi cấp: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Nơi thường trú: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Nơi tạm trú (nếu không có nơi thường trú):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Đề nghị Ủy ban nhân dân cấp Giấy xác nhận tình trạng hôn nhân cho bản thân tôi với nội dung như sau: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TÌNH TRẠNG HÔN NHÂN: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(Khai rõ tình trạng hôn nhân hiện tại, ví dụ: hiện chưa đăng ký kết hôn với ai; hoặc đã đăng ký kết hôn nhưng đã ly hôn theo Bản án/Quyết định số ...... ngày ......; hoặc có vợ/chồng đã chết từ ngày ......)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MỤC ĐÍCH SỬ DỤNG GIẤY XÁC NHẬN TÌNH TRẠNG HÔN NHÂN: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(Nêu rõ mục đích; nếu để đăng ký kết hôn thì ghi rõ họ tên, thông tin của người dự định kết hôn và nơi dự định đăng ký kết hôn)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................................................................................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cam đoan những nội dung khai trên đây là đúng sự thật và chịu trách nhiệm trước pháp luật về lời khai của mình.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..........., ngày ...... tháng ...... năm ............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YÊU CẦU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