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Mẫu số 04-TT (Ban hành theo Thông tư 200/2014/TT-BTC và Thông tư 133/2016/TT-BTC)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GIẤY THANH TOÁN TIỀN TẠM ỨNG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......../TTTU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Họ và tên người thanh toán: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 (hoặc địa chỉ):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tiền tạm ứng được thanh toán theo bảng dưới đây: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I. Số tiền tạm ứng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Số tạm ứng các kỳ trước chưa chi hết: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Số tạm ứng kỳ này: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   - Phiếu chi số ........ ngày ...... tháng ...... năm ......: 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Cộng số tiền đã tạm ứng: ................................................ đồng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II. Số tiền đã chi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Các cột: STT | Chứng từ (số, ngày) | Nội dung chi | Số tiền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Cộng số tiền đã chi: ................................................ đồng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III. Chênh lệch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Số tạm ứng chi không hết (nộp lại quỹ):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Số chi quá số tạm ứng (đơn vị chi thêm): ................................................ đồng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THANH TOÁN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KẾ TOÁN TRƯỞNG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/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GIÁM ĐỐC</w:t>
      </w:r>
      <w:r>
        <w:br/>
      </w:r>
      <w:r>
        <w:rPr>
          <w:rFonts w:ascii="Times New Roman" w:hAnsi="Times New Roman"/>
          <w:b w:val="0"/>
          <w:sz w:val="26"/>
        </w:rPr>
        <w:t>(Ký, họ tên, đóng dấu)</w:t>
      </w:r>
    </w:p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