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CỘNG HÒA XÃ HỘI CHỦ NGHĨA VIỆT NAM</w:t>
      </w:r>
    </w:p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Độc lập - Tự do - Hạnh phúc</w:t>
      </w:r>
    </w:p>
    <w:p>
      <w:pPr>
        <w:spacing w:after="40"/>
        <w:jc w:val="center"/>
      </w:pPr>
      <w:r>
        <w:rPr>
          <w:rFonts w:ascii="Times New Roman" w:hAnsi="Times New Roman"/>
          <w:b w:val="0"/>
          <w:sz w:val="26"/>
        </w:rPr>
        <w:t>---------------</w:t>
      </w:r>
    </w:p>
    <w:p/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GIẤY GIỚI THIỆU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Đơn vị giới thiệu (tên công ty): 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Số: ......../GGT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Kính gửi: ................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Công ty ................ trân trọng giới thiệu: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Ông/Bà: 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Chức vụ: 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CCCD số: ................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Được cử đến: 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Về việc: ................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Đề nghị Quý cơ quan/đơn vị tạo điều kiện để ông/bà có tên trên hoàn thành nhiệm vụ.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Giấy giới thiệu có giá trị đến hết ngày: ................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................, ngày ...... tháng ...... năm ......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</w:r>
          </w:p>
        </w:tc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NGƯỜI ĐẠI DIỆN THEO PHÁP LUẬT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ghi rõ họ tên, đóng dấu)</w:t>
            </w:r>
          </w:p>
        </w:tc>
      </w:tr>
    </w:tbl>
    <w:p>
      <w:pPr>
        <w:spacing w:before="240"/>
      </w:pPr>
      <w:r>
        <w:rPr>
          <w:i/>
          <w:color w:val="888888"/>
          <w:sz w:val="20"/>
        </w:rPr>
        <w:t>Biểu mẫu cung cấp bởi LTV Law — ltvlaw.com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