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GIẤY ĐỀ NGHỊ THANH TOÁN</w:t>
      </w:r>
    </w:p>
    <w:p/>
    <w:p>
      <w:pPr>
        <w:spacing w:after="40"/>
      </w:pPr>
      <w:r>
        <w:rPr>
          <w:rFonts w:ascii="Times New Roman" w:hAnsi="Times New Roman"/>
          <w:b w:val="0"/>
          <w:sz w:val="26"/>
        </w:rPr>
        <w:t>Số: ............/GĐNTT</w:t>
      </w:r>
    </w:p>
    <w:p>
      <w:pPr>
        <w:spacing w:after="40"/>
      </w:pPr>
      <w:r>
        <w:rPr>
          <w:rFonts w:ascii="Times New Roman" w:hAnsi="Times New Roman"/>
          <w:b w:val="0"/>
          <w:sz w:val="26"/>
        </w:rPr>
        <w:t>Kính gửi: - Ban Giám đốc Công ty ................................................</w:t>
      </w:r>
    </w:p>
    <w:p>
      <w:pPr>
        <w:spacing w:after="40"/>
      </w:pPr>
      <w:r>
        <w:rPr>
          <w:rFonts w:ascii="Times New Roman" w:hAnsi="Times New Roman"/>
          <w:b w:val="0"/>
          <w:sz w:val="26"/>
        </w:rPr>
        <w:t xml:space="preserve">                - Phòng Kế toán ................................................</w:t>
      </w:r>
    </w:p>
    <w:p/>
    <w:p>
      <w:pPr>
        <w:spacing w:after="40"/>
      </w:pPr>
      <w:r>
        <w:rPr>
          <w:rFonts w:ascii="Times New Roman" w:hAnsi="Times New Roman"/>
          <w:b/>
          <w:sz w:val="26"/>
        </w:rPr>
        <w:t>THÔNG TIN NGƯỜI ĐỀ NGHỊ</w:t>
      </w:r>
    </w:p>
    <w:p>
      <w:pPr>
        <w:spacing w:after="40"/>
      </w:pPr>
      <w:r>
        <w:rPr>
          <w:rFonts w:ascii="Times New Roman" w:hAnsi="Times New Roman"/>
          <w:b w:val="0"/>
          <w:sz w:val="26"/>
        </w:rPr>
        <w:t>Họ và tên: ................................................</w:t>
      </w:r>
    </w:p>
    <w:p>
      <w:pPr>
        <w:spacing w:after="40"/>
      </w:pPr>
      <w:r>
        <w:rPr>
          <w:rFonts w:ascii="Times New Roman" w:hAnsi="Times New Roman"/>
          <w:b w:val="0"/>
          <w:sz w:val="26"/>
        </w:rPr>
        <w:t>Chức vụ: ................................................</w:t>
      </w:r>
    </w:p>
    <w:p>
      <w:pPr>
        <w:spacing w:after="40"/>
      </w:pPr>
      <w:r>
        <w:rPr>
          <w:rFonts w:ascii="Times New Roman" w:hAnsi="Times New Roman"/>
          <w:b w:val="0"/>
          <w:sz w:val="26"/>
        </w:rPr>
        <w:t>Bộ phận: ................................................</w:t>
      </w:r>
    </w:p>
    <w:p/>
    <w:p>
      <w:pPr>
        <w:spacing w:after="40"/>
      </w:pPr>
      <w:r>
        <w:rPr>
          <w:rFonts w:ascii="Times New Roman" w:hAnsi="Times New Roman"/>
          <w:b/>
          <w:sz w:val="26"/>
        </w:rPr>
        <w:t>NỘI DUNG ĐỀ NGHỊ THANH TOÁN</w:t>
      </w:r>
    </w:p>
    <w:p>
      <w:pPr>
        <w:spacing w:after="40"/>
      </w:pPr>
      <w:r>
        <w:rPr>
          <w:rFonts w:ascii="Times New Roman" w:hAnsi="Times New Roman"/>
          <w:b w:val="0"/>
          <w:sz w:val="26"/>
        </w:rPr>
        <w:t>Nội dung thanh toán: ................................................</w:t>
      </w:r>
    </w:p>
    <w:p>
      <w:pPr>
        <w:spacing w:after="40"/>
      </w:pPr>
      <w:r>
        <w:rPr>
          <w:rFonts w:ascii="Times New Roman" w:hAnsi="Times New Roman"/>
          <w:b w:val="0"/>
          <w:sz w:val="26"/>
        </w:rPr>
        <w:t>................................................................................................</w:t>
      </w:r>
    </w:p>
    <w:p>
      <w:pPr>
        <w:spacing w:after="40"/>
      </w:pPr>
      <w:r>
        <w:rPr>
          <w:rFonts w:ascii="Times New Roman" w:hAnsi="Times New Roman"/>
          <w:b w:val="0"/>
          <w:sz w:val="26"/>
        </w:rPr>
        <w:t>Số tiền (bằng số): ................................................ đồng</w:t>
      </w:r>
    </w:p>
    <w:p>
      <w:pPr>
        <w:spacing w:after="40"/>
      </w:pPr>
      <w:r>
        <w:rPr>
          <w:rFonts w:ascii="Times New Roman" w:hAnsi="Times New Roman"/>
          <w:b w:val="0"/>
          <w:sz w:val="26"/>
        </w:rPr>
        <w:t>Số tiền (bằng chữ): ................................................</w:t>
      </w:r>
    </w:p>
    <w:p>
      <w:pPr>
        <w:spacing w:after="40"/>
      </w:pPr>
      <w:r>
        <w:rPr>
          <w:rFonts w:ascii="Times New Roman" w:hAnsi="Times New Roman"/>
          <w:b w:val="0"/>
          <w:sz w:val="26"/>
        </w:rPr>
        <w:t>Kèm theo: ...... chứng từ gốc (hóa đơn, phiếu thu, hợp đồng ...)</w:t>
      </w:r>
    </w:p>
    <w:p/>
    <w:p>
      <w:pPr>
        <w:spacing w:after="40"/>
      </w:pPr>
      <w:r>
        <w:rPr>
          <w:rFonts w:ascii="Times New Roman" w:hAnsi="Times New Roman"/>
          <w:b/>
          <w:sz w:val="26"/>
        </w:rPr>
        <w:t>HÌNH THỨC THANH TOÁN</w:t>
      </w:r>
    </w:p>
    <w:p>
      <w:pPr>
        <w:spacing w:after="40"/>
      </w:pPr>
      <w:r>
        <w:rPr>
          <w:rFonts w:ascii="Times New Roman" w:hAnsi="Times New Roman"/>
          <w:b w:val="0"/>
          <w:sz w:val="26"/>
        </w:rPr>
        <w:t>☐ Tiền mặt        ☐ Chuyển khoản</w:t>
      </w:r>
    </w:p>
    <w:p>
      <w:pPr>
        <w:spacing w:after="40"/>
      </w:pPr>
      <w:r>
        <w:rPr>
          <w:rFonts w:ascii="Times New Roman" w:hAnsi="Times New Roman"/>
          <w:b w:val="0"/>
          <w:sz w:val="26"/>
        </w:rPr>
        <w:t>Tên tài khoản: ................................................</w:t>
      </w:r>
    </w:p>
    <w:p>
      <w:pPr>
        <w:spacing w:after="40"/>
      </w:pPr>
      <w:r>
        <w:rPr>
          <w:rFonts w:ascii="Times New Roman" w:hAnsi="Times New Roman"/>
          <w:b w:val="0"/>
          <w:sz w:val="26"/>
        </w:rPr>
        <w:t>Số tài khoản: ................................................</w:t>
      </w:r>
    </w:p>
    <w:p>
      <w:pPr>
        <w:spacing w:after="40"/>
      </w:pPr>
      <w:r>
        <w:rPr>
          <w:rFonts w:ascii="Times New Roman" w:hAnsi="Times New Roman"/>
          <w:b w:val="0"/>
          <w:sz w:val="26"/>
        </w:rPr>
        <w:t>Ngân hàng: ................................................</w:t>
      </w:r>
    </w:p>
    <w:p/>
    <w:p>
      <w:pPr>
        <w:spacing w:after="40"/>
      </w:pPr>
      <w:r>
        <w:rPr>
          <w:rFonts w:ascii="Times New Roman" w:hAnsi="Times New Roman"/>
          <w:b w:val="0"/>
          <w:sz w:val="26"/>
        </w:rPr>
        <w:t>Kính đề nghị Ban Giám đốc và Phòng Kế toán xem xét, giải quyết. Tôi xin cam kết nội dung đề nghị và chứng từ kèm theo là đúng sự thật.</w:t>
      </w:r>
    </w:p>
    <w:p/>
    <w:p>
      <w:pPr>
        <w:spacing w:after="40"/>
      </w:pPr>
      <w:r>
        <w:rPr>
          <w:rFonts w:ascii="Times New Roman" w:hAnsi="Times New Roman"/>
          <w:b w:val="0"/>
          <w:sz w:val="26"/>
        </w:rPr>
        <w:t>............., ngày ...... tháng ...... năm ......</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NGƯỜI ĐỀ NGHỊ</w:t>
            </w:r>
          </w:p>
          <w:p>
            <w:pPr>
              <w:spacing w:after="0"/>
              <w:jc w:val="center"/>
            </w:pPr>
            <w:r>
              <w:rPr>
                <w:rFonts w:ascii="Times New Roman" w:hAnsi="Times New Roman"/>
                <w:b/>
                <w:sz w:val="26"/>
              </w:rPr>
              <w:t>(Ký, ghi rõ họ tên)</w:t>
            </w:r>
          </w:p>
        </w:tc>
        <w:tc>
          <w:tcPr>
            <w:tcW w:type="dxa" w:w="4320"/>
          </w:tcPr>
          <w:p>
            <w:pPr>
              <w:spacing w:after="0"/>
              <w:jc w:val="center"/>
            </w:pPr>
            <w:r>
              <w:rPr>
                <w:rFonts w:ascii="Times New Roman" w:hAnsi="Times New Roman"/>
                <w:b w:val="0"/>
                <w:sz w:val="26"/>
              </w:rPr>
              <w:t>PHỤ TRÁCH BỘ PHẬN</w:t>
            </w:r>
          </w:p>
          <w:p>
            <w:pPr>
              <w:spacing w:after="0"/>
              <w:jc w:val="center"/>
            </w:pPr>
            <w:r>
              <w:rPr>
                <w:rFonts w:ascii="Times New Roman" w:hAnsi="Times New Roman"/>
                <w:b/>
                <w:sz w:val="26"/>
              </w:rPr>
              <w:t>(Ký, ghi rõ họ tên)</w:t>
            </w:r>
          </w:p>
        </w:tc>
      </w:tr>
    </w:tbl>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KẾ TOÁN</w:t>
            </w:r>
          </w:p>
          <w:p>
            <w:pPr>
              <w:spacing w:after="0"/>
              <w:jc w:val="center"/>
            </w:pPr>
            <w:r>
              <w:rPr>
                <w:rFonts w:ascii="Times New Roman" w:hAnsi="Times New Roman"/>
                <w:b/>
                <w:sz w:val="26"/>
              </w:rPr>
              <w:t>(Ký, ghi rõ họ tên)</w:t>
            </w:r>
          </w:p>
        </w:tc>
        <w:tc>
          <w:tcPr>
            <w:tcW w:type="dxa" w:w="4320"/>
          </w:tcPr>
          <w:p>
            <w:pPr>
              <w:spacing w:after="0"/>
              <w:jc w:val="center"/>
            </w:pPr>
            <w:r>
              <w:rPr>
                <w:rFonts w:ascii="Times New Roman" w:hAnsi="Times New Roman"/>
                <w:b w:val="0"/>
                <w:sz w:val="26"/>
              </w:rPr>
              <w:t>GIÁM ĐỐC DUYỆT</w:t>
            </w:r>
          </w:p>
          <w:p>
            <w:pPr>
              <w:spacing w:after="0"/>
              <w:jc w:val="center"/>
            </w:pPr>
            <w:r>
              <w:rPr>
                <w:rFonts w:ascii="Times New Roman" w:hAnsi="Times New Roman"/>
                <w:b/>
                <w:sz w:val="26"/>
              </w:rPr>
              <w:t>(Ký, ghi rõ họ tên)</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