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Times New Roman" w:hAnsi="Times New Roman"/>
          <w:b/>
          <w:sz w:val="26"/>
        </w:rPr>
        <w:t>CỘNG HÒA XÃ HỘI CHỦ NGHĨA VIỆT NAM</w:t>
      </w:r>
    </w:p>
    <w:p>
      <w:pPr>
        <w:spacing w:after="40"/>
        <w:jc w:val="center"/>
      </w:pPr>
      <w:r>
        <w:rPr>
          <w:rFonts w:ascii="Times New Roman" w:hAnsi="Times New Roman"/>
          <w:b/>
          <w:sz w:val="26"/>
        </w:rPr>
        <w:t>Độc lập - Tự do - Hạnh phúc</w:t>
      </w:r>
    </w:p>
    <w:p>
      <w:pPr>
        <w:spacing w:after="40"/>
        <w:jc w:val="center"/>
      </w:pPr>
      <w:r>
        <w:rPr>
          <w:rFonts w:ascii="Times New Roman" w:hAnsi="Times New Roman"/>
          <w:b w:val="0"/>
          <w:sz w:val="26"/>
        </w:rPr>
        <w:t>---------------</w:t>
      </w:r>
    </w:p>
    <w:p/>
    <w:p>
      <w:pPr>
        <w:spacing w:after="40"/>
        <w:jc w:val="center"/>
      </w:pPr>
      <w:r>
        <w:rPr>
          <w:rFonts w:ascii="Times New Roman" w:hAnsi="Times New Roman"/>
          <w:b/>
          <w:sz w:val="26"/>
        </w:rPr>
        <w:t>GIẤY BIÊN NHẬN TIỀN</w:t>
      </w:r>
    </w:p>
    <w:p/>
    <w:p>
      <w:pPr>
        <w:spacing w:after="40"/>
      </w:pPr>
      <w:r>
        <w:rPr>
          <w:rFonts w:ascii="Times New Roman" w:hAnsi="Times New Roman"/>
          <w:b w:val="0"/>
          <w:sz w:val="26"/>
        </w:rPr>
        <w:t>Hôm nay, ngày ...... tháng ...... năm ......, tại ...................................., chúng tôi gồm:</w:t>
      </w:r>
    </w:p>
    <w:p/>
    <w:p>
      <w:pPr>
        <w:spacing w:after="40"/>
      </w:pPr>
      <w:r>
        <w:rPr>
          <w:rFonts w:ascii="Times New Roman" w:hAnsi="Times New Roman"/>
          <w:b/>
          <w:sz w:val="26"/>
        </w:rPr>
        <w:t>BÊN GIAO TIỀN (Bên A):</w:t>
      </w:r>
    </w:p>
    <w:p>
      <w:pPr>
        <w:spacing w:after="40"/>
      </w:pPr>
      <w:r>
        <w:rPr>
          <w:rFonts w:ascii="Times New Roman" w:hAnsi="Times New Roman"/>
          <w:b w:val="0"/>
          <w:sz w:val="26"/>
        </w:rPr>
        <w:t>Họ và tên:</w:t>
      </w:r>
    </w:p>
    <w:p>
      <w:pPr>
        <w:spacing w:after="40"/>
      </w:pPr>
      <w:r>
        <w:rPr>
          <w:rFonts w:ascii="Times New Roman" w:hAnsi="Times New Roman"/>
          <w:b w:val="0"/>
          <w:sz w:val="26"/>
        </w:rPr>
        <w:t>CCCD số: ........................ Cấp ngày: .............. Nơi cấp:</w:t>
      </w:r>
    </w:p>
    <w:p>
      <w:pPr>
        <w:spacing w:after="40"/>
      </w:pPr>
      <w:r>
        <w:rPr>
          <w:rFonts w:ascii="Times New Roman" w:hAnsi="Times New Roman"/>
          <w:b w:val="0"/>
          <w:sz w:val="26"/>
        </w:rPr>
        <w:t>Địa chỉ thường trú:</w:t>
      </w:r>
    </w:p>
    <w:p>
      <w:pPr>
        <w:spacing w:after="40"/>
      </w:pPr>
      <w:r>
        <w:rPr>
          <w:rFonts w:ascii="Times New Roman" w:hAnsi="Times New Roman"/>
          <w:b w:val="0"/>
          <w:sz w:val="26"/>
        </w:rPr>
        <w:t>Số điện thoại:</w:t>
      </w:r>
    </w:p>
    <w:p/>
    <w:p>
      <w:pPr>
        <w:spacing w:after="40"/>
      </w:pPr>
      <w:r>
        <w:rPr>
          <w:rFonts w:ascii="Times New Roman" w:hAnsi="Times New Roman"/>
          <w:b/>
          <w:sz w:val="26"/>
        </w:rPr>
        <w:t>BÊN NHẬN TIỀN (Bên B):</w:t>
      </w:r>
    </w:p>
    <w:p>
      <w:pPr>
        <w:spacing w:after="40"/>
      </w:pPr>
      <w:r>
        <w:rPr>
          <w:rFonts w:ascii="Times New Roman" w:hAnsi="Times New Roman"/>
          <w:b w:val="0"/>
          <w:sz w:val="26"/>
        </w:rPr>
        <w:t>Họ và tên:</w:t>
      </w:r>
    </w:p>
    <w:p>
      <w:pPr>
        <w:spacing w:after="40"/>
      </w:pPr>
      <w:r>
        <w:rPr>
          <w:rFonts w:ascii="Times New Roman" w:hAnsi="Times New Roman"/>
          <w:b w:val="0"/>
          <w:sz w:val="26"/>
        </w:rPr>
        <w:t>CCCD số: ........................ Cấp ngày: .............. Nơi cấp:</w:t>
      </w:r>
    </w:p>
    <w:p>
      <w:pPr>
        <w:spacing w:after="40"/>
      </w:pPr>
      <w:r>
        <w:rPr>
          <w:rFonts w:ascii="Times New Roman" w:hAnsi="Times New Roman"/>
          <w:b w:val="0"/>
          <w:sz w:val="26"/>
        </w:rPr>
        <w:t>Địa chỉ thường trú:</w:t>
      </w:r>
    </w:p>
    <w:p>
      <w:pPr>
        <w:spacing w:after="40"/>
      </w:pPr>
      <w:r>
        <w:rPr>
          <w:rFonts w:ascii="Times New Roman" w:hAnsi="Times New Roman"/>
          <w:b w:val="0"/>
          <w:sz w:val="26"/>
        </w:rPr>
        <w:t>Số điện thoại:</w:t>
      </w:r>
    </w:p>
    <w:p/>
    <w:p>
      <w:pPr>
        <w:spacing w:after="40"/>
      </w:pPr>
      <w:r>
        <w:rPr>
          <w:rFonts w:ascii="Times New Roman" w:hAnsi="Times New Roman"/>
          <w:b w:val="0"/>
          <w:sz w:val="26"/>
        </w:rPr>
        <w:t>Hai bên cùng xác nhận nội dung giao nhận tiền như sau:</w:t>
      </w:r>
    </w:p>
    <w:p>
      <w:pPr>
        <w:spacing w:after="40"/>
      </w:pPr>
      <w:r>
        <w:rPr>
          <w:rFonts w:ascii="Times New Roman" w:hAnsi="Times New Roman"/>
          <w:b w:val="0"/>
          <w:sz w:val="26"/>
        </w:rPr>
        <w:t>Bên B (Bên nhận) đã nhận của Bên A (Bên giao) số tiền: ...................... đồng.</w:t>
      </w:r>
    </w:p>
    <w:p>
      <w:pPr>
        <w:spacing w:after="40"/>
      </w:pPr>
      <w:r>
        <w:rPr>
          <w:rFonts w:ascii="Times New Roman" w:hAnsi="Times New Roman"/>
          <w:b w:val="0"/>
          <w:sz w:val="26"/>
        </w:rPr>
        <w:t>Bằng chữ:</w:t>
      </w:r>
    </w:p>
    <w:p>
      <w:pPr>
        <w:spacing w:after="40"/>
      </w:pPr>
      <w:r>
        <w:rPr>
          <w:rFonts w:ascii="Times New Roman" w:hAnsi="Times New Roman"/>
          <w:b w:val="0"/>
          <w:sz w:val="26"/>
        </w:rPr>
        <w:t>Hình thức giao nhận (tiền mặt/chuyển khoản):</w:t>
      </w:r>
    </w:p>
    <w:p>
      <w:pPr>
        <w:spacing w:after="40"/>
      </w:pPr>
      <w:r>
        <w:rPr>
          <w:rFonts w:ascii="Times New Roman" w:hAnsi="Times New Roman"/>
          <w:b w:val="0"/>
          <w:sz w:val="26"/>
        </w:rPr>
        <w:t>Lý do, mục đích giao nhận (ví dụ: đặt cọc mua ....../thanh toán tiền ....../cho mượn/giữ hộ):</w:t>
      </w:r>
    </w:p>
    <w:p>
      <w:pPr>
        <w:spacing w:after="40"/>
      </w:pPr>
      <w:r>
        <w:rPr>
          <w:rFonts w:ascii="Times New Roman" w:hAnsi="Times New Roman"/>
          <w:b w:val="0"/>
          <w:sz w:val="26"/>
        </w:rPr>
        <w:t>...............................................................................................................................</w:t>
      </w:r>
    </w:p>
    <w:p/>
    <w:p>
      <w:pPr>
        <w:spacing w:after="40"/>
      </w:pPr>
      <w:r>
        <w:rPr>
          <w:rFonts w:ascii="Times New Roman" w:hAnsi="Times New Roman"/>
          <w:b w:val="0"/>
          <w:sz w:val="26"/>
        </w:rPr>
        <w:t>Hai bên cam kết những thông tin và số tiền ghi trong giấy biên nhận này là đúng sự thật. Kể từ thời điểm ký, việc giao nhận số tiền nêu trên đã hoàn tất.</w:t>
      </w:r>
    </w:p>
    <w:p>
      <w:pPr>
        <w:spacing w:after="40"/>
      </w:pPr>
      <w:r>
        <w:rPr>
          <w:rFonts w:ascii="Times New Roman" w:hAnsi="Times New Roman"/>
          <w:b w:val="0"/>
          <w:sz w:val="26"/>
        </w:rPr>
        <w:t>Giấy biên nhận tiền được lập thành 02 bản có giá trị như nhau, mỗi bên giữ 01 bản để làm bằng chứng.</w:t>
      </w:r>
    </w:p>
    <w:p/>
    <w:tbl>
      <w:tblPr>
        <w:tblW w:type="auto" w:w="0"/>
        <w:jc w:val="center"/>
        <w:tblLook w:firstColumn="1" w:firstRow="1" w:lastColumn="0" w:lastRow="0" w:noHBand="0" w:noVBand="1" w:val="04A0"/>
      </w:tblPr>
      <w:tblGrid>
        <w:gridCol w:w="4320"/>
        <w:gridCol w:w="4320"/>
      </w:tblGrid>
      <w:tr>
        <w:tc>
          <w:tcPr>
            <w:tcW w:type="dxa" w:w="4320"/>
          </w:tcPr>
          <w:p>
            <w:pPr>
              <w:spacing w:after="0"/>
              <w:jc w:val="center"/>
            </w:pPr>
            <w:r>
              <w:rPr>
                <w:rFonts w:ascii="Times New Roman" w:hAnsi="Times New Roman"/>
                <w:b w:val="0"/>
                <w:sz w:val="26"/>
              </w:rPr>
              <w:t>BÊN GIAO TIỀN (Bên A)</w:t>
            </w:r>
          </w:p>
          <w:p>
            <w:pPr>
              <w:spacing w:after="0"/>
              <w:jc w:val="center"/>
            </w:pPr>
            <w:r>
              <w:rPr>
                <w:rFonts w:ascii="Times New Roman" w:hAnsi="Times New Roman"/>
                <w:b/>
                <w:sz w:val="26"/>
              </w:rPr>
              <w:t>(Ký, ghi rõ họ tên)</w:t>
            </w:r>
          </w:p>
        </w:tc>
        <w:tc>
          <w:tcPr>
            <w:tcW w:type="dxa" w:w="4320"/>
          </w:tcPr>
          <w:p>
            <w:pPr>
              <w:spacing w:after="0"/>
              <w:jc w:val="center"/>
            </w:pPr>
            <w:r>
              <w:rPr>
                <w:rFonts w:ascii="Times New Roman" w:hAnsi="Times New Roman"/>
                <w:b w:val="0"/>
                <w:sz w:val="26"/>
              </w:rPr>
              <w:t>BÊN NHẬN TIỀN (Bên B)</w:t>
            </w:r>
          </w:p>
          <w:p>
            <w:pPr>
              <w:spacing w:after="0"/>
              <w:jc w:val="center"/>
            </w:pPr>
            <w:r>
              <w:rPr>
                <w:rFonts w:ascii="Times New Roman" w:hAnsi="Times New Roman"/>
                <w:b/>
                <w:sz w:val="26"/>
              </w:rPr>
              <w:t>(Ký, ghi rõ họ tên)</w:t>
            </w:r>
          </w:p>
        </w:tc>
      </w:tr>
    </w:tbl>
    <w:p/>
    <w:p>
      <w:pPr>
        <w:spacing w:after="40"/>
        <w:jc w:val="center"/>
      </w:pPr>
      <w:r>
        <w:rPr>
          <w:rFonts w:ascii="Times New Roman" w:hAnsi="Times New Roman"/>
          <w:b w:val="0"/>
          <w:sz w:val="26"/>
        </w:rPr>
        <w:t>NGƯỜI LÀM CHỨNG (nếu có)</w:t>
      </w:r>
    </w:p>
    <w:p>
      <w:pPr>
        <w:spacing w:after="40"/>
        <w:jc w:val="center"/>
      </w:pPr>
      <w:r>
        <w:rPr>
          <w:rFonts w:ascii="Times New Roman" w:hAnsi="Times New Roman"/>
          <w:b w:val="0"/>
          <w:sz w:val="26"/>
        </w:rPr>
        <w:t>(Ký, ghi rõ họ tên)</w:t>
      </w:r>
    </w:p>
    <w:p>
      <w:pPr>
        <w:spacing w:before="240"/>
      </w:pPr>
      <w:r>
        <w:rPr>
          <w:i/>
          <w:color w:val="888888"/>
          <w:sz w:val="20"/>
        </w:rPr>
        <w:t>Biểu mẫu cung cấp bởi LTV Law — ltvlaw.com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