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pPr>
      <w:r>
        <w:rPr>
          <w:rFonts w:ascii="Times New Roman" w:hAnsi="Times New Roman"/>
          <w:b w:val="0"/>
          <w:sz w:val="26"/>
        </w:rPr>
        <w:t>..............., ngày ...... tháng ...... năm ............</w:t>
      </w:r>
    </w:p>
    <w:p/>
    <w:p>
      <w:pPr>
        <w:spacing w:after="40"/>
        <w:jc w:val="center"/>
      </w:pPr>
      <w:r>
        <w:rPr>
          <w:rFonts w:ascii="Times New Roman" w:hAnsi="Times New Roman"/>
          <w:b/>
          <w:sz w:val="26"/>
        </w:rPr>
        <w:t>ĐƠN XIN VIỆC</w:t>
      </w:r>
    </w:p>
    <w:p/>
    <w:p>
      <w:pPr>
        <w:spacing w:after="40"/>
      </w:pPr>
      <w:r>
        <w:rPr>
          <w:rFonts w:ascii="Times New Roman" w:hAnsi="Times New Roman"/>
          <w:b w:val="0"/>
          <w:sz w:val="26"/>
        </w:rPr>
        <w:t>Kính gửi: Ban Giám đốc/Phòng Nhân sự Công ty ................................................</w:t>
      </w:r>
    </w:p>
    <w:p/>
    <w:p>
      <w:pPr>
        <w:spacing w:after="40"/>
      </w:pPr>
      <w:r>
        <w:rPr>
          <w:rFonts w:ascii="Times New Roman" w:hAnsi="Times New Roman"/>
          <w:b/>
          <w:sz w:val="26"/>
        </w:rPr>
        <w:t>Thông tin người xin việc</w:t>
      </w:r>
    </w:p>
    <w:p>
      <w:pPr>
        <w:spacing w:after="40"/>
      </w:pPr>
      <w:r>
        <w:rPr>
          <w:rFonts w:ascii="Times New Roman" w:hAnsi="Times New Roman"/>
          <w:b w:val="0"/>
          <w:sz w:val="26"/>
        </w:rPr>
        <w:t>Họ và tên: ................................................</w:t>
      </w:r>
    </w:p>
    <w:p>
      <w:pPr>
        <w:spacing w:after="40"/>
      </w:pPr>
      <w:r>
        <w:rPr>
          <w:rFonts w:ascii="Times New Roman" w:hAnsi="Times New Roman"/>
          <w:b w:val="0"/>
          <w:sz w:val="26"/>
        </w:rPr>
        <w:t>Ngày sinh: ................................................</w:t>
      </w:r>
    </w:p>
    <w:p>
      <w:pPr>
        <w:spacing w:after="40"/>
      </w:pPr>
      <w:r>
        <w:rPr>
          <w:rFonts w:ascii="Times New Roman" w:hAnsi="Times New Roman"/>
          <w:b w:val="0"/>
          <w:sz w:val="26"/>
        </w:rPr>
        <w:t>Số CCCD: ................................................</w:t>
      </w:r>
    </w:p>
    <w:p>
      <w:pPr>
        <w:spacing w:after="40"/>
      </w:pPr>
      <w:r>
        <w:rPr>
          <w:rFonts w:ascii="Times New Roman" w:hAnsi="Times New Roman"/>
          <w:b w:val="0"/>
          <w:sz w:val="26"/>
        </w:rPr>
        <w:t>Địa chỉ: ................................................</w:t>
      </w:r>
    </w:p>
    <w:p>
      <w:pPr>
        <w:spacing w:after="40"/>
      </w:pPr>
      <w:r>
        <w:rPr>
          <w:rFonts w:ascii="Times New Roman" w:hAnsi="Times New Roman"/>
          <w:b w:val="0"/>
          <w:sz w:val="26"/>
        </w:rPr>
        <w:t>Điện thoại: ................................................</w:t>
      </w:r>
    </w:p>
    <w:p>
      <w:pPr>
        <w:spacing w:after="40"/>
      </w:pPr>
      <w:r>
        <w:rPr>
          <w:rFonts w:ascii="Times New Roman" w:hAnsi="Times New Roman"/>
          <w:b w:val="0"/>
          <w:sz w:val="26"/>
        </w:rPr>
        <w:t>Email: ................................................</w:t>
      </w:r>
    </w:p>
    <w:p>
      <w:pPr>
        <w:spacing w:after="40"/>
      </w:pPr>
      <w:r>
        <w:rPr>
          <w:rFonts w:ascii="Times New Roman" w:hAnsi="Times New Roman"/>
          <w:b w:val="0"/>
          <w:sz w:val="26"/>
        </w:rPr>
        <w:t>Trình độ chuyên môn: ................................................</w:t>
      </w:r>
    </w:p>
    <w:p/>
    <w:p>
      <w:pPr>
        <w:spacing w:after="40"/>
      </w:pPr>
      <w:r>
        <w:rPr>
          <w:rFonts w:ascii="Times New Roman" w:hAnsi="Times New Roman"/>
          <w:b/>
          <w:sz w:val="26"/>
        </w:rPr>
        <w:t>Nội dung</w:t>
      </w:r>
    </w:p>
    <w:p>
      <w:pPr>
        <w:spacing w:after="40"/>
      </w:pPr>
      <w:r>
        <w:rPr>
          <w:rFonts w:ascii="Times New Roman" w:hAnsi="Times New Roman"/>
          <w:b w:val="0"/>
          <w:sz w:val="26"/>
        </w:rPr>
        <w:t>Vị trí ứng tuyển: ................................................</w:t>
      </w:r>
    </w:p>
    <w:p>
      <w:pPr>
        <w:spacing w:after="40"/>
      </w:pPr>
      <w:r>
        <w:rPr>
          <w:rFonts w:ascii="Times New Roman" w:hAnsi="Times New Roman"/>
          <w:b w:val="0"/>
          <w:sz w:val="26"/>
        </w:rPr>
        <w:t>Qua thông tin tuyển dụng, tôi nhận thấy vị trí này phù hợp với năng lực và nguyện vọng của mình. Tôi làm đơn này mong được Quý công ty xem xét tuyển dụng.</w:t>
      </w:r>
    </w:p>
    <w:p>
      <w:pPr>
        <w:spacing w:after="40"/>
      </w:pPr>
      <w:r>
        <w:rPr>
          <w:rFonts w:ascii="Times New Roman" w:hAnsi="Times New Roman"/>
          <w:b w:val="0"/>
          <w:sz w:val="26"/>
        </w:rPr>
        <w:t>Tóm tắt kinh nghiệm và năng lực: ................................................................................................</w:t>
      </w:r>
    </w:p>
    <w:p>
      <w:pPr>
        <w:spacing w:after="40"/>
      </w:pPr>
      <w:r>
        <w:rPr>
          <w:rFonts w:ascii="Times New Roman" w:hAnsi="Times New Roman"/>
          <w:b w:val="0"/>
          <w:sz w:val="26"/>
        </w:rPr>
        <w:t>................................................................................................................................</w:t>
      </w:r>
    </w:p>
    <w:p>
      <w:pPr>
        <w:spacing w:after="40"/>
      </w:pPr>
      <w:r>
        <w:rPr>
          <w:rFonts w:ascii="Times New Roman" w:hAnsi="Times New Roman"/>
          <w:b w:val="0"/>
          <w:sz w:val="26"/>
        </w:rPr>
        <w:t>Nếu được tuyển dụng, tôi cam kết hoàn thành tốt công việc được giao và chấp hành nội quy, quy định của công ty.</w:t>
      </w:r>
    </w:p>
    <w:p/>
    <w:p>
      <w:pPr>
        <w:spacing w:after="40"/>
      </w:pPr>
      <w:r>
        <w:rPr>
          <w:rFonts w:ascii="Times New Roman" w:hAnsi="Times New Roman"/>
          <w:b/>
          <w:sz w:val="26"/>
        </w:rPr>
        <w:t>Hồ sơ kèm theo</w:t>
      </w:r>
    </w:p>
    <w:p>
      <w:pPr>
        <w:spacing w:after="40"/>
      </w:pPr>
      <w:r>
        <w:rPr>
          <w:rFonts w:ascii="Times New Roman" w:hAnsi="Times New Roman"/>
          <w:b w:val="0"/>
          <w:sz w:val="26"/>
        </w:rPr>
        <w:t>1. Sơ yếu lý lịch/CV</w:t>
      </w:r>
    </w:p>
    <w:p>
      <w:pPr>
        <w:spacing w:after="40"/>
      </w:pPr>
      <w:r>
        <w:rPr>
          <w:rFonts w:ascii="Times New Roman" w:hAnsi="Times New Roman"/>
          <w:b w:val="0"/>
          <w:sz w:val="26"/>
        </w:rPr>
        <w:t>2. Bản sao bằng cấp, chứng chỉ</w:t>
      </w:r>
    </w:p>
    <w:p>
      <w:pPr>
        <w:spacing w:after="40"/>
      </w:pPr>
      <w:r>
        <w:rPr>
          <w:rFonts w:ascii="Times New Roman" w:hAnsi="Times New Roman"/>
          <w:b w:val="0"/>
          <w:sz w:val="26"/>
        </w:rPr>
        <w:t>3. Bản sao CCCD và các giấy tờ liên quan</w:t>
      </w:r>
    </w:p>
    <w:p/>
    <w:p>
      <w:pPr>
        <w:spacing w:after="40"/>
      </w:pPr>
      <w:r>
        <w:rPr>
          <w:rFonts w:ascii="Times New Roman" w:hAnsi="Times New Roman"/>
          <w:b w:val="0"/>
          <w:sz w:val="26"/>
        </w:rPr>
        <w:t>Tôi xin chân thành cảm ơn và mong sớm nhận được phản hồi của Quý công ty.</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r>
          </w:p>
        </w:tc>
        <w:tc>
          <w:tcPr>
            <w:tcW w:type="dxa" w:w="4320"/>
          </w:tcPr>
          <w:p>
            <w:pPr>
              <w:spacing w:after="0"/>
              <w:jc w:val="center"/>
            </w:pPr>
            <w:r>
              <w:rPr>
                <w:rFonts w:ascii="Times New Roman" w:hAnsi="Times New Roman"/>
                <w:b w:val="0"/>
                <w:sz w:val="26"/>
              </w:rPr>
              <w:t>NGƯỜI LÀM ĐƠN</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