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ĐƠN XIN NGHỈ PHÉP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Kính gửi: - Ban Giám đốc Công ty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 xml:space="preserve">                - Trưởng phòng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THÔNG TIN NGƯỜI LÀM ĐƠN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Ngày sinh: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Chức vụ: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Bộ phận: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điện thoại: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NỘI DUNG ĐỀ NGHỊ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Nay tôi làm đơn này kính đề nghị Ban Giám đốc cho tôi được nghỉ phép với nội dung như sau: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Lý do nghỉ: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Thời gian nghỉ: từ ngày ...... /...... /...... đến hết ngày ...... /...... /......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Tổng số ngày nghỉ: ...... ngày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Loại nghỉ: ☐ Nghỉ phép năm   ☐ Nghỉ không hưởng lương   ☐ Khác: 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Người nhận bàn giao công việc trong thời gian nghỉ: ................................................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Nội dung công việc bàn giao: ................................................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Tôi cam kết bàn giao đầy đủ công việc và trở lại làm việc đúng thời hạn nêu trên. Kính mong Ban Giám đốc xem xét, chấp thuận.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Tôi xin chân thành cảm ơn.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............., ngày ...... tháng ...... năm ......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XÁC NHẬN CỦA CÔNG TY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NGƯỜI LÀM ĐƠN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