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
      <w:pPr>
        <w:spacing w:after="40"/>
        <w:jc w:val="center"/>
      </w:pPr>
      <w:r>
        <w:rPr>
          <w:rFonts w:ascii="Times New Roman" w:hAnsi="Times New Roman"/>
          <w:b/>
          <w:sz w:val="26"/>
        </w:rPr>
        <w:t>ĐƠN TRÌNH BÁO MẤT</w:t>
      </w:r>
    </w:p>
    <w:p>
      <w:pPr>
        <w:spacing w:after="40"/>
        <w:jc w:val="center"/>
      </w:pPr>
      <w:r>
        <w:rPr>
          <w:rFonts w:ascii="Times New Roman" w:hAnsi="Times New Roman"/>
          <w:b w:val="0"/>
          <w:sz w:val="26"/>
        </w:rPr>
        <w:t>(Đơn cớ mất giấy tờ, tài sản)</w:t>
      </w:r>
    </w:p>
    <w:p/>
    <w:p>
      <w:pPr>
        <w:spacing w:after="40"/>
      </w:pPr>
      <w:r>
        <w:rPr>
          <w:rFonts w:ascii="Times New Roman" w:hAnsi="Times New Roman"/>
          <w:b w:val="0"/>
          <w:sz w:val="26"/>
        </w:rPr>
        <w:t>Kính gửi: Công an xã/phường ...................................................................</w:t>
      </w:r>
    </w:p>
    <w:p/>
    <w:p>
      <w:pPr>
        <w:spacing w:after="40"/>
      </w:pPr>
      <w:r>
        <w:rPr>
          <w:rFonts w:ascii="Times New Roman" w:hAnsi="Times New Roman"/>
          <w:b w:val="0"/>
          <w:sz w:val="26"/>
        </w:rPr>
        <w:t>Tôi là người trình báo, có thông tin như sau:</w:t>
      </w:r>
    </w:p>
    <w:p>
      <w:pPr>
        <w:spacing w:after="40"/>
      </w:pPr>
      <w:r>
        <w:rPr>
          <w:rFonts w:ascii="Times New Roman" w:hAnsi="Times New Roman"/>
          <w:b w:val="0"/>
          <w:sz w:val="26"/>
        </w:rPr>
        <w:t>Họ và tên: ................................................................................</w:t>
      </w:r>
    </w:p>
    <w:p>
      <w:pPr>
        <w:spacing w:after="40"/>
      </w:pPr>
      <w:r>
        <w:rPr>
          <w:rFonts w:ascii="Times New Roman" w:hAnsi="Times New Roman"/>
          <w:b w:val="0"/>
          <w:sz w:val="26"/>
        </w:rPr>
        <w:t>Sinh ngày ...... tháng ...... năm ............</w:t>
      </w:r>
    </w:p>
    <w:p>
      <w:pPr>
        <w:spacing w:after="40"/>
      </w:pPr>
      <w:r>
        <w:rPr>
          <w:rFonts w:ascii="Times New Roman" w:hAnsi="Times New Roman"/>
          <w:b w:val="0"/>
          <w:sz w:val="26"/>
        </w:rPr>
        <w:t>Số Căn cước công dân/Căn cước: ......................................</w:t>
      </w:r>
    </w:p>
    <w:p>
      <w:pPr>
        <w:spacing w:after="40"/>
      </w:pPr>
      <w:r>
        <w:rPr>
          <w:rFonts w:ascii="Times New Roman" w:hAnsi="Times New Roman"/>
          <w:b w:val="0"/>
          <w:sz w:val="26"/>
        </w:rPr>
        <w:t>Cấp ngày ...... tháng ...... năm ............, nơi cấp: ................................</w:t>
      </w:r>
    </w:p>
    <w:p>
      <w:pPr>
        <w:spacing w:after="40"/>
      </w:pPr>
      <w:r>
        <w:rPr>
          <w:rFonts w:ascii="Times New Roman" w:hAnsi="Times New Roman"/>
          <w:b w:val="0"/>
          <w:sz w:val="26"/>
        </w:rPr>
        <w:t>Nơi thường trú: ...........................................................................</w:t>
      </w:r>
    </w:p>
    <w:p>
      <w:pPr>
        <w:spacing w:after="40"/>
      </w:pPr>
      <w:r>
        <w:rPr>
          <w:rFonts w:ascii="Times New Roman" w:hAnsi="Times New Roman"/>
          <w:b w:val="0"/>
          <w:sz w:val="26"/>
        </w:rPr>
        <w:t>Chỗ ở hiện nay: ...........................................................................</w:t>
      </w:r>
    </w:p>
    <w:p>
      <w:pPr>
        <w:spacing w:after="40"/>
      </w:pPr>
      <w:r>
        <w:rPr>
          <w:rFonts w:ascii="Times New Roman" w:hAnsi="Times New Roman"/>
          <w:b w:val="0"/>
          <w:sz w:val="26"/>
        </w:rPr>
        <w:t>Số điện thoại liên hệ: ......................................</w:t>
      </w:r>
    </w:p>
    <w:p/>
    <w:p>
      <w:pPr>
        <w:spacing w:after="40"/>
      </w:pPr>
      <w:r>
        <w:rPr>
          <w:rFonts w:ascii="Times New Roman" w:hAnsi="Times New Roman"/>
          <w:b w:val="0"/>
          <w:sz w:val="26"/>
        </w:rPr>
        <w:t>Tôi xin trình báo về việc bị mất giấy tờ/tài sản như sau:</w:t>
      </w:r>
    </w:p>
    <w:p>
      <w:pPr>
        <w:spacing w:after="40"/>
      </w:pPr>
      <w:r>
        <w:rPr>
          <w:rFonts w:ascii="Times New Roman" w:hAnsi="Times New Roman"/>
          <w:b w:val="0"/>
          <w:sz w:val="26"/>
        </w:rPr>
        <w:t>Thời gian phát hiện bị mất: khoảng ...... giờ ...... phút, ngày ...... tháng ...... năm ............</w:t>
      </w:r>
    </w:p>
    <w:p>
      <w:pPr>
        <w:spacing w:after="40"/>
      </w:pPr>
      <w:r>
        <w:rPr>
          <w:rFonts w:ascii="Times New Roman" w:hAnsi="Times New Roman"/>
          <w:b w:val="0"/>
          <w:sz w:val="26"/>
        </w:rPr>
        <w:t>Địa điểm xảy ra việc mất: .................................................................</w:t>
      </w:r>
    </w:p>
    <w:p>
      <w:pPr>
        <w:spacing w:after="40"/>
      </w:pPr>
      <w:r>
        <w:rPr>
          <w:rFonts w:ascii="Times New Roman" w:hAnsi="Times New Roman"/>
          <w:b w:val="0"/>
          <w:sz w:val="26"/>
        </w:rPr>
        <w:t>Hoàn cảnh, lý do bị mất (trình bày cụ thể): ..............................................</w:t>
      </w:r>
    </w:p>
    <w:p>
      <w:pPr>
        <w:spacing w:after="40"/>
      </w:pPr>
      <w:r>
        <w:rPr>
          <w:rFonts w:ascii="Times New Roman" w:hAnsi="Times New Roman"/>
          <w:b w:val="0"/>
          <w:sz w:val="26"/>
        </w:rPr>
        <w:t>................................................................................................</w:t>
      </w:r>
    </w:p>
    <w:p>
      <w:pPr>
        <w:spacing w:after="40"/>
      </w:pPr>
      <w:r>
        <w:rPr>
          <w:rFonts w:ascii="Times New Roman" w:hAnsi="Times New Roman"/>
          <w:b w:val="0"/>
          <w:sz w:val="26"/>
        </w:rPr>
        <w:t>................................................................................................</w:t>
      </w:r>
    </w:p>
    <w:p/>
    <w:p>
      <w:pPr>
        <w:spacing w:after="40"/>
      </w:pPr>
      <w:r>
        <w:rPr>
          <w:rFonts w:ascii="Times New Roman" w:hAnsi="Times New Roman"/>
          <w:b w:val="0"/>
          <w:sz w:val="26"/>
        </w:rPr>
        <w:t>Các giấy tờ, tài sản bị mất gồm:</w:t>
      </w:r>
    </w:p>
    <w:p>
      <w:pPr>
        <w:spacing w:after="40"/>
      </w:pPr>
      <w:r>
        <w:rPr>
          <w:rFonts w:ascii="Times New Roman" w:hAnsi="Times New Roman"/>
          <w:b w:val="0"/>
          <w:sz w:val="26"/>
        </w:rPr>
        <w:t>1. Tên giấy tờ/tài sản: ..................; số/ký hiệu: ..................; đặc điểm nhận dạng: ..................</w:t>
      </w:r>
    </w:p>
    <w:p>
      <w:pPr>
        <w:spacing w:after="40"/>
      </w:pPr>
      <w:r>
        <w:rPr>
          <w:rFonts w:ascii="Times New Roman" w:hAnsi="Times New Roman"/>
          <w:b w:val="0"/>
          <w:sz w:val="26"/>
        </w:rPr>
        <w:t>2. Tên giấy tờ/tài sản: ..................; số/ký hiệu: ..................; đặc điểm nhận dạng: ..................</w:t>
      </w:r>
    </w:p>
    <w:p>
      <w:pPr>
        <w:spacing w:after="40"/>
      </w:pPr>
      <w:r>
        <w:rPr>
          <w:rFonts w:ascii="Times New Roman" w:hAnsi="Times New Roman"/>
          <w:b w:val="0"/>
          <w:sz w:val="26"/>
        </w:rPr>
        <w:t>3. Tên giấy tờ/tài sản: ..................; số/ký hiệu: ..................; đặc điểm nhận dạng: ..................</w:t>
      </w:r>
    </w:p>
    <w:p/>
    <w:p>
      <w:pPr>
        <w:spacing w:after="40"/>
      </w:pPr>
      <w:r>
        <w:rPr>
          <w:rFonts w:ascii="Times New Roman" w:hAnsi="Times New Roman"/>
          <w:b w:val="0"/>
          <w:sz w:val="26"/>
        </w:rPr>
        <w:t>Tôi kính đề nghị Công an xã/phường tiếp nhận, ghi nhận và xác nhận việc trình báo mất giấy tờ, tài sản nêu trên để tôi có căn cứ làm thủ tục xin cấp lại giấy tờ theo quy định.</w:t>
      </w:r>
    </w:p>
    <w:p/>
    <w:p>
      <w:pPr>
        <w:spacing w:after="40"/>
      </w:pPr>
      <w:r>
        <w:rPr>
          <w:rFonts w:ascii="Times New Roman" w:hAnsi="Times New Roman"/>
          <w:b w:val="0"/>
          <w:sz w:val="26"/>
        </w:rPr>
        <w:t>Tôi xin cam đoan nội dung trình báo trên là đúng sự thật và hoàn toàn chịu trách nhiệm trước pháp luật về những điều đã trình báo.</w:t>
      </w:r>
    </w:p>
    <w:p/>
    <w:p>
      <w:pPr>
        <w:spacing w:after="40"/>
      </w:pPr>
      <w:r>
        <w:rPr>
          <w:rFonts w:ascii="Times New Roman" w:hAnsi="Times New Roman"/>
          <w:b w:val="0"/>
          <w:sz w:val="26"/>
        </w:rPr>
        <w:t>................, ngày ...... tháng ...... năm ............</w:t>
      </w:r>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XÁC NHẬN CỦA CƠ QUAN CÔNG AN</w:t>
            </w:r>
          </w:p>
          <w:p>
            <w:pPr>
              <w:spacing w:after="0"/>
              <w:jc w:val="center"/>
            </w:pPr>
            <w:r>
              <w:rPr>
                <w:rFonts w:ascii="Times New Roman" w:hAnsi="Times New Roman"/>
                <w:b/>
                <w:sz w:val="26"/>
              </w:rPr>
              <w:t>(Ký, ghi rõ họ tên, đóng dấu)</w:t>
            </w:r>
          </w:p>
        </w:tc>
        <w:tc>
          <w:tcPr>
            <w:tcW w:type="dxa" w:w="4320"/>
          </w:tcPr>
          <w:p>
            <w:pPr>
              <w:spacing w:after="0"/>
              <w:jc w:val="center"/>
            </w:pPr>
            <w:r>
              <w:rPr>
                <w:rFonts w:ascii="Times New Roman" w:hAnsi="Times New Roman"/>
                <w:b w:val="0"/>
                <w:sz w:val="26"/>
              </w:rPr>
              <w:t>NGƯỜI TRÌNH BÁO</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