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BIÊN BẢN LÀM VIỆC</w:t>
      </w:r>
    </w:p>
    <w:p/>
    <w:p>
      <w:pPr>
        <w:spacing w:after="40"/>
      </w:pPr>
      <w:r>
        <w:rPr>
          <w:rFonts w:ascii="Times New Roman" w:hAnsi="Times New Roman"/>
          <w:b w:val="0"/>
          <w:sz w:val="26"/>
        </w:rPr>
        <w:t>Số: ............/BBLV</w:t>
      </w:r>
    </w:p>
    <w:p>
      <w:pPr>
        <w:spacing w:after="40"/>
      </w:pPr>
      <w:r>
        <w:rPr>
          <w:rFonts w:ascii="Times New Roman" w:hAnsi="Times New Roman"/>
          <w:b w:val="0"/>
          <w:sz w:val="26"/>
        </w:rPr>
        <w:t>Hôm nay, vào lúc ...... giờ ...... phút, ngày ...... tháng ...... năm ......, tại ................................................</w:t>
      </w:r>
    </w:p>
    <w:p/>
    <w:p>
      <w:pPr>
        <w:spacing w:after="40"/>
      </w:pPr>
      <w:r>
        <w:rPr>
          <w:rFonts w:ascii="Times New Roman" w:hAnsi="Times New Roman"/>
          <w:b/>
          <w:sz w:val="26"/>
        </w:rPr>
        <w:t>I. THÀNH PHẦN THAM DỰ</w:t>
      </w:r>
    </w:p>
    <w:p>
      <w:pPr>
        <w:spacing w:after="40"/>
      </w:pPr>
      <w:r>
        <w:rPr>
          <w:rFonts w:ascii="Times New Roman" w:hAnsi="Times New Roman"/>
          <w:b w:val="0"/>
          <w:sz w:val="26"/>
        </w:rPr>
        <w:t>1. Bên A (Bên tổ chức làm việc):</w:t>
      </w:r>
    </w:p>
    <w:p>
      <w:pPr>
        <w:spacing w:after="40"/>
      </w:pPr>
      <w:r>
        <w:rPr>
          <w:rFonts w:ascii="Times New Roman" w:hAnsi="Times New Roman"/>
          <w:b w:val="0"/>
          <w:sz w:val="26"/>
        </w:rPr>
        <w:t>Đại diện: ................................................</w:t>
      </w:r>
    </w:p>
    <w:p>
      <w:pPr>
        <w:spacing w:after="40"/>
      </w:pPr>
      <w:r>
        <w:rPr>
          <w:rFonts w:ascii="Times New Roman" w:hAnsi="Times New Roman"/>
          <w:b w:val="0"/>
          <w:sz w:val="26"/>
        </w:rPr>
        <w:t>Chức vụ: ................................................</w:t>
      </w:r>
    </w:p>
    <w:p>
      <w:pPr>
        <w:spacing w:after="40"/>
      </w:pPr>
      <w:r>
        <w:rPr>
          <w:rFonts w:ascii="Times New Roman" w:hAnsi="Times New Roman"/>
          <w:b w:val="0"/>
          <w:sz w:val="26"/>
        </w:rPr>
        <w:t>Đơn vị: ................................................</w:t>
      </w:r>
    </w:p>
    <w:p/>
    <w:p>
      <w:pPr>
        <w:spacing w:after="40"/>
      </w:pPr>
      <w:r>
        <w:rPr>
          <w:rFonts w:ascii="Times New Roman" w:hAnsi="Times New Roman"/>
          <w:b w:val="0"/>
          <w:sz w:val="26"/>
        </w:rPr>
        <w:t>2. Bên B:</w:t>
      </w:r>
    </w:p>
    <w:p>
      <w:pPr>
        <w:spacing w:after="40"/>
      </w:pPr>
      <w:r>
        <w:rPr>
          <w:rFonts w:ascii="Times New Roman" w:hAnsi="Times New Roman"/>
          <w:b w:val="0"/>
          <w:sz w:val="26"/>
        </w:rPr>
        <w:t>Đại diện: ................................................</w:t>
      </w:r>
    </w:p>
    <w:p>
      <w:pPr>
        <w:spacing w:after="40"/>
      </w:pPr>
      <w:r>
        <w:rPr>
          <w:rFonts w:ascii="Times New Roman" w:hAnsi="Times New Roman"/>
          <w:b w:val="0"/>
          <w:sz w:val="26"/>
        </w:rPr>
        <w:t>Chức vụ: ................................................</w:t>
      </w:r>
    </w:p>
    <w:p>
      <w:pPr>
        <w:spacing w:after="40"/>
      </w:pPr>
      <w:r>
        <w:rPr>
          <w:rFonts w:ascii="Times New Roman" w:hAnsi="Times New Roman"/>
          <w:b w:val="0"/>
          <w:sz w:val="26"/>
        </w:rPr>
        <w:t>Đơn vị: ................................................</w:t>
      </w:r>
    </w:p>
    <w:p/>
    <w:p>
      <w:pPr>
        <w:spacing w:after="40"/>
      </w:pPr>
      <w:r>
        <w:rPr>
          <w:rFonts w:ascii="Times New Roman" w:hAnsi="Times New Roman"/>
          <w:b w:val="0"/>
          <w:sz w:val="26"/>
        </w:rPr>
        <w:t>Thành phần khác (nếu có): ................................................</w:t>
      </w:r>
    </w:p>
    <w:p/>
    <w:p>
      <w:pPr>
        <w:spacing w:after="40"/>
      </w:pPr>
      <w:r>
        <w:rPr>
          <w:rFonts w:ascii="Times New Roman" w:hAnsi="Times New Roman"/>
          <w:b/>
          <w:sz w:val="26"/>
        </w:rPr>
        <w:t>II. NỘI DUNG LÀM VIỆC</w:t>
      </w:r>
    </w:p>
    <w:p>
      <w:pPr>
        <w:spacing w:after="40"/>
      </w:pPr>
      <w:r>
        <w:rPr>
          <w:rFonts w:ascii="Times New Roman" w:hAnsi="Times New Roman"/>
          <w:b w:val="0"/>
          <w:sz w:val="26"/>
        </w:rPr>
        <w:t>................................................................................................</w:t>
      </w:r>
    </w:p>
    <w:p>
      <w:pPr>
        <w:spacing w:after="40"/>
      </w:pPr>
      <w:r>
        <w:rPr>
          <w:rFonts w:ascii="Times New Roman" w:hAnsi="Times New Roman"/>
          <w:b w:val="0"/>
          <w:sz w:val="26"/>
        </w:rPr>
        <w:t>................................................................................................</w:t>
      </w:r>
    </w:p>
    <w:p>
      <w:pPr>
        <w:spacing w:after="40"/>
      </w:pPr>
      <w:r>
        <w:rPr>
          <w:rFonts w:ascii="Times New Roman" w:hAnsi="Times New Roman"/>
          <w:b w:val="0"/>
          <w:sz w:val="26"/>
        </w:rPr>
        <w:t>................................................................................................</w:t>
      </w:r>
    </w:p>
    <w:p/>
    <w:p>
      <w:pPr>
        <w:spacing w:after="40"/>
      </w:pPr>
      <w:r>
        <w:rPr>
          <w:rFonts w:ascii="Times New Roman" w:hAnsi="Times New Roman"/>
          <w:b/>
          <w:sz w:val="26"/>
        </w:rPr>
        <w:t>III. Ý KIẾN CỦA CÁC BÊN</w:t>
      </w:r>
    </w:p>
    <w:p>
      <w:pPr>
        <w:spacing w:after="40"/>
      </w:pPr>
      <w:r>
        <w:rPr>
          <w:rFonts w:ascii="Times New Roman" w:hAnsi="Times New Roman"/>
          <w:b w:val="0"/>
          <w:sz w:val="26"/>
        </w:rPr>
        <w:t>Ý kiến của Bên A:</w:t>
      </w:r>
    </w:p>
    <w:p>
      <w:pPr>
        <w:spacing w:after="40"/>
      </w:pPr>
      <w:r>
        <w:rPr>
          <w:rFonts w:ascii="Times New Roman" w:hAnsi="Times New Roman"/>
          <w:b w:val="0"/>
          <w:sz w:val="26"/>
        </w:rPr>
        <w:t>................................................................................................</w:t>
      </w:r>
    </w:p>
    <w:p>
      <w:pPr>
        <w:spacing w:after="40"/>
      </w:pPr>
      <w:r>
        <w:rPr>
          <w:rFonts w:ascii="Times New Roman" w:hAnsi="Times New Roman"/>
          <w:b w:val="0"/>
          <w:sz w:val="26"/>
        </w:rPr>
        <w:t>................................................................................................</w:t>
      </w:r>
    </w:p>
    <w:p>
      <w:pPr>
        <w:spacing w:after="40"/>
      </w:pPr>
      <w:r>
        <w:rPr>
          <w:rFonts w:ascii="Times New Roman" w:hAnsi="Times New Roman"/>
          <w:b w:val="0"/>
          <w:sz w:val="26"/>
        </w:rPr>
        <w:t>Ý kiến của Bên B:</w:t>
      </w:r>
    </w:p>
    <w:p>
      <w:pPr>
        <w:spacing w:after="40"/>
      </w:pPr>
      <w:r>
        <w:rPr>
          <w:rFonts w:ascii="Times New Roman" w:hAnsi="Times New Roman"/>
          <w:b w:val="0"/>
          <w:sz w:val="26"/>
        </w:rPr>
        <w:t>................................................................................................</w:t>
      </w:r>
    </w:p>
    <w:p>
      <w:pPr>
        <w:spacing w:after="40"/>
      </w:pPr>
      <w:r>
        <w:rPr>
          <w:rFonts w:ascii="Times New Roman" w:hAnsi="Times New Roman"/>
          <w:b w:val="0"/>
          <w:sz w:val="26"/>
        </w:rPr>
        <w:t>................................................................................................</w:t>
      </w:r>
    </w:p>
    <w:p/>
    <w:p>
      <w:pPr>
        <w:spacing w:after="40"/>
      </w:pPr>
      <w:r>
        <w:rPr>
          <w:rFonts w:ascii="Times New Roman" w:hAnsi="Times New Roman"/>
          <w:b/>
          <w:sz w:val="26"/>
        </w:rPr>
        <w:t>IV. KẾT LUẬN</w:t>
      </w:r>
    </w:p>
    <w:p>
      <w:pPr>
        <w:spacing w:after="40"/>
      </w:pPr>
      <w:r>
        <w:rPr>
          <w:rFonts w:ascii="Times New Roman" w:hAnsi="Times New Roman"/>
          <w:b w:val="0"/>
          <w:sz w:val="26"/>
        </w:rPr>
        <w:t>................................................................................................</w:t>
      </w:r>
    </w:p>
    <w:p>
      <w:pPr>
        <w:spacing w:after="40"/>
      </w:pPr>
      <w:r>
        <w:rPr>
          <w:rFonts w:ascii="Times New Roman" w:hAnsi="Times New Roman"/>
          <w:b w:val="0"/>
          <w:sz w:val="26"/>
        </w:rPr>
        <w:t>................................................................................................</w:t>
      </w:r>
    </w:p>
    <w:p/>
    <w:p>
      <w:pPr>
        <w:spacing w:after="40"/>
      </w:pPr>
      <w:r>
        <w:rPr>
          <w:rFonts w:ascii="Times New Roman" w:hAnsi="Times New Roman"/>
          <w:b w:val="0"/>
          <w:sz w:val="26"/>
        </w:rPr>
        <w:t>Buổi làm việc kết thúc vào lúc ...... giờ ...... phút cùng ngày.</w:t>
      </w:r>
    </w:p>
    <w:p>
      <w:pPr>
        <w:spacing w:after="40"/>
      </w:pPr>
      <w:r>
        <w:rPr>
          <w:rFonts w:ascii="Times New Roman" w:hAnsi="Times New Roman"/>
          <w:b w:val="0"/>
          <w:sz w:val="26"/>
        </w:rPr>
        <w:t>Biên bản được lập thành ...... bản có giá trị pháp lý như nhau, mỗi bên giữ ...... bản, đã được các bên đọc lại và thống nhất ký tên dưới đây.</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ĐẠI DIỆN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ĐẠI DIỆN BÊN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