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sz w:val="26"/>
        </w:rPr>
        <w:t>Đơn vị: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Bộ phận: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Mẫu số 02-LĐTL (Ban hành theo Thông tư 200/2014/TT-BTC và Thông tư 133/2016/TT-BTC)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BẢNG THANH TOÁN TIỀN LƯƠNG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Tháng ...... năm 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Chi tiết thanh toán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Các cột: STT | Họ và tên | Bậc lương/Hệ số | Lương cơ bản | Số ngày công | Tổng tiền lương và phụ cấp | Các khoản khấu trừ (bảo hiểm xã hội, bảo hiểm y tế, bảo hiểm thất nghiệp, thuế thu nhập cá nhân, tạm ứng) | Số tiền thực lĩnh | Ký nhận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1. ................................................................................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2. ................................................................................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3. ................................................................................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4. ................................................................................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Cộng: ................................................................................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Tổng số tiền (viết bằng chữ): ................................................................................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Ngày ...... tháng ...... năm ............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NGƯỜI LẬP BIỂU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KẾ TOÁN TRƯỞNG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</w:tr>
    </w:tbl>
    <w:p/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GIÁM ĐỐC</w:t>
      </w:r>
      <w:r>
        <w:br/>
      </w:r>
      <w:r>
        <w:rPr>
          <w:rFonts w:ascii="Times New Roman" w:hAnsi="Times New Roman"/>
          <w:b w:val="0"/>
          <w:sz w:val="26"/>
        </w:rPr>
        <w:t>(Ký, họ tên, đóng dấu)</w:t>
      </w:r>
    </w:p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