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Mẫu số 01a-LĐTL (Ban hành theo Thông tư 200/2014/TT-BTC và Thông tư 133/2016/TT-BTC)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BẢNG CHẤM CÔNG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Tháng ...... năm 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Chi tiết chấm công theo ngày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Các cột: STT | Họ và tên | Ngạch bậc lương/Chức vụ | Ngày trong tháng (1, 2, 3, ... đến 31) | Quy ra công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Nhóm cột "Quy ra công": Số công hưởng lương sản phẩm | Số công hưởng lương thời gian | Số công nghỉ, ngừng việc hưởng 100% lương | Số công nghỉ, ngừng việc hưởng ...% lương | Số công hưởng bảo hiểm xã hội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4. ................................................................................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Cộng: 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Ký hiệu chấm công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Lương sản phẩm: SP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Lương thời gian: + (hoặc X)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Ốm, điều dưỡng: Ô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Con ốm: Cô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Thai sản: TS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Nghỉ phép: P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Hội nghị, học tập: H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Nghỉ bù: NB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Nghỉ không lương: KL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Ngừng việc: 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Tai nạn: T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Lao động nghĩa vụ: LĐ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CHẤM CÔNG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PHỤ TRÁCH BỘ PHẬN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/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NGƯỜI DUYỆT</w:t>
      </w:r>
      <w:r>
        <w:br/>
      </w:r>
      <w:r>
        <w:rPr>
          <w:rFonts w:ascii="Times New Roman" w:hAnsi="Times New Roman"/>
          <w:b w:val="0"/>
          <w:sz w:val="26"/>
        </w:rPr>
        <w:t>(Ký, họ tên)</w:t>
      </w:r>
    </w:p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